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BASIC AGREEMENT VENDOR CONTRACT</w:t>
      </w:r>
    </w:p>
    <w:p/>
    <w:p>
      <w:r>
        <w:rPr>
          <w:b/>
          <w:sz w:val="20"/>
        </w:rPr>
        <w:t>This Basic Agreement Vendor Contract ("Agreement") is made and entered into by and between:</w:t>
      </w:r>
    </w:p>
    <w:p/>
    <w:p>
      <w:r>
        <w:rPr>
          <w:b w:val="0"/>
          <w:sz w:val="20"/>
        </w:rPr>
        <w:t>Vendor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 w:val="0"/>
          <w:sz w:val="20"/>
        </w:rPr>
        <w:t>Buyer Name: 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Vendor is engaged in the business of selling goods as described herein;</w:t>
      </w:r>
    </w:p>
    <w:p>
      <w:r>
        <w:rPr>
          <w:b w:val="0"/>
          <w:sz w:val="20"/>
        </w:rPr>
        <w:t>WHEREAS, Buyer desires to purchase such goods from Vendor under the terms and conditions set forth in this Agreement;</w:t>
      </w:r>
    </w:p>
    <w:p>
      <w:r>
        <w:rPr>
          <w:b w:val="0"/>
          <w:sz w:val="20"/>
        </w:rPr>
        <w:t>NOW, THEREFORE, in consideration of the mutual covenants and promises contained herein, the parties agree as follows:</w:t>
      </w:r>
    </w:p>
    <w:p/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1.1 "Goods" means the products, materials, or items listed in Schedule A attached hereto and incorporated herein by reference.</w:t>
      </w:r>
    </w:p>
    <w:p>
      <w:r>
        <w:rPr>
          <w:b w:val="0"/>
          <w:sz w:val="20"/>
        </w:rPr>
        <w:t>1.2 "Delivery Date" means the date on which the Goods are to be delivered as specified in this Agreement or purchase order.</w:t>
      </w:r>
    </w:p>
    <w:p>
      <w:r>
        <w:rPr>
          <w:b w:val="0"/>
          <w:sz w:val="20"/>
        </w:rPr>
        <w:t>1.3 "Purchase Price" means the total amount payable by Buyer to Vendor for the Goods, as set forth in this Agreement or purchase order.</w:t>
      </w:r>
    </w:p>
    <w:p/>
    <w:p>
      <w:r>
        <w:rPr>
          <w:b/>
          <w:sz w:val="20"/>
        </w:rPr>
        <w:t>2. SALE AND PURCHASE OF GOODS</w:t>
      </w:r>
    </w:p>
    <w:p>
      <w:r>
        <w:rPr>
          <w:b w:val="0"/>
          <w:sz w:val="20"/>
        </w:rPr>
        <w:t>2.1 Vendor agrees to sell and Buyer agrees to purchase the Goods specified in this Agreement or purchase orders issued pursuant to this Agreement.</w:t>
      </w:r>
    </w:p>
    <w:p>
      <w:r>
        <w:rPr>
          <w:b w:val="0"/>
          <w:sz w:val="20"/>
        </w:rPr>
        <w:t>2.2 All Goods shall conform to the specifications agreed upon by the parties and shall be free from defects in material and workmanship.</w:t>
      </w:r>
    </w:p>
    <w:p/>
    <w:p>
      <w:r>
        <w:rPr>
          <w:b/>
          <w:sz w:val="20"/>
        </w:rPr>
        <w:t>3. PURCHASE ORDERS</w:t>
      </w:r>
    </w:p>
    <w:p>
      <w:r>
        <w:rPr>
          <w:b w:val="0"/>
          <w:sz w:val="20"/>
        </w:rPr>
        <w:t>3.1 Buyer shall place purchase orders specifying the type and quantity of Goods requested, delivery instructions, and required delivery dates.</w:t>
      </w:r>
    </w:p>
    <w:p>
      <w:r>
        <w:rPr>
          <w:b w:val="0"/>
          <w:sz w:val="20"/>
        </w:rPr>
        <w:t>3.2 Vendor shall confirm acceptance of purchase orders in writing within _______ business days of receipt.</w:t>
      </w:r>
    </w:p>
    <w:p>
      <w:r>
        <w:rPr>
          <w:b w:val="0"/>
          <w:sz w:val="20"/>
        </w:rPr>
        <w:t>3.3 Any changes or cancellations must be agreed upon in writing by both parties.</w:t>
      </w:r>
    </w:p>
    <w:p/>
    <w:p>
      <w:r>
        <w:rPr>
          <w:b/>
          <w:sz w:val="20"/>
        </w:rPr>
        <w:t>4. DELIVERY AND RISK OF LOSS</w:t>
      </w:r>
    </w:p>
    <w:p>
      <w:r>
        <w:rPr>
          <w:b w:val="0"/>
          <w:sz w:val="20"/>
        </w:rPr>
        <w:t>4.1 Vendor shall deliver the Goods to the location designated by Buyer on or before the Delivery Date.</w:t>
      </w:r>
    </w:p>
    <w:p>
      <w:r>
        <w:rPr>
          <w:b w:val="0"/>
          <w:sz w:val="20"/>
        </w:rPr>
        <w:t>4.2 Unless otherwise agreed in writing, delivery shall be FOB Vendor’s facility.</w:t>
      </w:r>
    </w:p>
    <w:p>
      <w:r>
        <w:rPr>
          <w:b w:val="0"/>
          <w:sz w:val="20"/>
        </w:rPr>
        <w:t>4.3 Risk of loss or damage to the Goods shall pass to Buyer upon delivery in accordance with the applicable Incoterms.</w:t>
      </w:r>
    </w:p>
    <w:p/>
    <w:p>
      <w:r>
        <w:rPr>
          <w:b/>
          <w:sz w:val="20"/>
        </w:rPr>
        <w:t>5. PURCHASE PRICE AND PAYMENT TERMS</w:t>
      </w:r>
    </w:p>
    <w:p>
      <w:r>
        <w:rPr>
          <w:b w:val="0"/>
          <w:sz w:val="20"/>
        </w:rPr>
        <w:t>5.1 The Purchase Price for the Goods shall be as set forth in this Agreement or accepted purchase orders.</w:t>
      </w:r>
    </w:p>
    <w:p>
      <w:r>
        <w:rPr>
          <w:b w:val="0"/>
          <w:sz w:val="20"/>
        </w:rPr>
        <w:t>5.2 Buyer shall pay Vendor within _______ days from the date of Vendor’s invoice, unless otherwise agreed in writing.</w:t>
      </w:r>
    </w:p>
    <w:p>
      <w:r>
        <w:rPr>
          <w:b w:val="0"/>
          <w:sz w:val="20"/>
        </w:rPr>
        <w:t>5.3 Late payments shall bear interest at the lesser of 1.5% per month or the maximum rate allowed by applicable law.</w:t>
      </w:r>
    </w:p>
    <w:p/>
    <w:p>
      <w:r>
        <w:rPr>
          <w:b/>
          <w:sz w:val="20"/>
        </w:rPr>
        <w:t>6. WARRANTIES</w:t>
      </w:r>
    </w:p>
    <w:p>
      <w:r>
        <w:rPr>
          <w:b w:val="0"/>
          <w:sz w:val="20"/>
        </w:rPr>
        <w:t>6.1 Vendor warrants that the Goods shall be free from material defects and conform to specifications for a period of _______ months from the date of delivery.</w:t>
      </w:r>
    </w:p>
    <w:p>
      <w:r>
        <w:rPr>
          <w:b w:val="0"/>
          <w:sz w:val="20"/>
        </w:rPr>
        <w:t>6.2 Vendor’s sole obligation under this warranty shall be, at Vendor’s option, to repair or replace defective Goods or refund the Purchase Price.</w:t>
      </w:r>
    </w:p>
    <w:p>
      <w:r>
        <w:rPr>
          <w:b w:val="0"/>
          <w:sz w:val="20"/>
        </w:rPr>
        <w:t>6.3 EXCEPT AS EXPRESSLY PROVIDED ABOVE, VENDOR DISCLAIMS ALL OTHER WARRANTIES, EXPRESS OR IMPLIED, INCLUDING ANY IMPLIED WARRANTIES OF MERCHANTABILITY OR FITNESS FOR A PARTICULAR PURPOSE.</w:t>
      </w:r>
    </w:p>
    <w:p/>
    <w:p>
      <w:r>
        <w:rPr>
          <w:b/>
          <w:sz w:val="20"/>
        </w:rPr>
        <w:t>7. INSPECTION AND ACCEPTANCE</w:t>
      </w:r>
    </w:p>
    <w:p>
      <w:r>
        <w:rPr>
          <w:b w:val="0"/>
          <w:sz w:val="20"/>
        </w:rPr>
        <w:t>7.1 Buyer shall inspect the Goods promptly upon delivery and notify Vendor of any nonconformity or defects within _______ days.</w:t>
      </w:r>
    </w:p>
    <w:p>
      <w:r>
        <w:rPr>
          <w:b w:val="0"/>
          <w:sz w:val="20"/>
        </w:rPr>
        <w:t>7.2 Failure to provide such notice shall constitute acceptance of the Goods.</w:t>
      </w:r>
    </w:p>
    <w:p/>
    <w:p>
      <w:r>
        <w:rPr>
          <w:b/>
          <w:sz w:val="20"/>
        </w:rPr>
        <w:t>8. LIMITATION OF LIABILITY</w:t>
      </w:r>
    </w:p>
    <w:p>
      <w:r>
        <w:rPr>
          <w:b w:val="0"/>
          <w:sz w:val="20"/>
        </w:rPr>
        <w:t>8.1 IN NO EVENT SHALL EITHER PARTY BE LIABLE FOR ANY INDIRECT, INCIDENTAL, CONSEQUENTIAL, SPECIAL, OR PUNITIVE DAMAGES ARISING OUT OF OR RELATED TO THIS AGREEMENT.</w:t>
      </w:r>
    </w:p>
    <w:p>
      <w:r>
        <w:rPr>
          <w:b w:val="0"/>
          <w:sz w:val="20"/>
        </w:rPr>
        <w:t>8.2 VENDOR’S TOTAL LIABILITY UNDER THIS AGREEMENT SHALL NOT EXCEED THE AMOUNT PAID BY BUYER FOR THE SPECIFIC GOODS GIVING RISE TO THE CLAIM.</w:t>
      </w:r>
    </w:p>
    <w:p/>
    <w:p>
      <w:r>
        <w:rPr>
          <w:b/>
          <w:sz w:val="20"/>
        </w:rPr>
        <w:t>9. TERM AND TERMINATION</w:t>
      </w:r>
    </w:p>
    <w:p>
      <w:r>
        <w:rPr>
          <w:b w:val="0"/>
          <w:sz w:val="20"/>
        </w:rPr>
        <w:t>9.1 This Agreement shall commence upon the Effective Date and continue until terminated by either party with _______ days prior written notice.</w:t>
      </w:r>
    </w:p>
    <w:p>
      <w:r>
        <w:rPr>
          <w:b w:val="0"/>
          <w:sz w:val="20"/>
        </w:rPr>
        <w:t>9.2 Either party may terminate immediately for cause if the other breaches any material term and fails to cure within _______ days of notice.</w:t>
      </w:r>
    </w:p>
    <w:p/>
    <w:p>
      <w:r>
        <w:rPr>
          <w:b/>
          <w:sz w:val="20"/>
        </w:rPr>
        <w:t>10. CONFIDENTIALITY</w:t>
      </w:r>
    </w:p>
    <w:p>
      <w:r>
        <w:rPr>
          <w:b w:val="0"/>
          <w:sz w:val="20"/>
        </w:rPr>
        <w:t>10.1 Each party agrees to maintain the confidentiality of all confidential information disclosed by the other party during the term of this Agreement.</w:t>
      </w:r>
    </w:p>
    <w:p>
      <w:r>
        <w:rPr>
          <w:b w:val="0"/>
          <w:sz w:val="20"/>
        </w:rPr>
        <w:t>10.2 This obligation shall survive termination of this Agreement for a period of _______ years.</w:t>
      </w:r>
    </w:p>
    <w:p/>
    <w:p>
      <w:r>
        <w:rPr>
          <w:b/>
          <w:sz w:val="20"/>
        </w:rPr>
        <w:t>11. GOVERNING LAW AND DISPUTE RESOLUTION</w:t>
      </w:r>
    </w:p>
    <w:p>
      <w:r>
        <w:rPr>
          <w:b w:val="0"/>
          <w:sz w:val="20"/>
        </w:rPr>
        <w:t>11.1 This Agreement shall be governed by and construed in accordance with the laws of the State of ________________, without regard to conflict of law principles.</w:t>
      </w:r>
    </w:p>
    <w:p>
      <w:r>
        <w:rPr>
          <w:b w:val="0"/>
          <w:sz w:val="20"/>
        </w:rPr>
        <w:t>11.2 Any disputes arising out of or relating to this Agreement shall be resolved by binding arbitration in accordance with the rules of the American Arbitration Association, to be held in ________________.</w:t>
      </w:r>
    </w:p>
    <w:p/>
    <w:p>
      <w:r>
        <w:rPr>
          <w:b/>
          <w:sz w:val="20"/>
        </w:rPr>
        <w:t>12. MISCELLANEOUS</w:t>
      </w:r>
    </w:p>
    <w:p>
      <w:r>
        <w:rPr>
          <w:b w:val="0"/>
          <w:sz w:val="20"/>
        </w:rPr>
        <w:t>12.1 This Agreement constitutes the entire agreement between the parties and supersedes all prior agreements, understandings, and communications.</w:t>
      </w:r>
    </w:p>
    <w:p>
      <w:r>
        <w:rPr>
          <w:b w:val="0"/>
          <w:sz w:val="20"/>
        </w:rPr>
        <w:t>12.2 No amendment or modification shall be effective unless in writing and signed by both parties.</w:t>
      </w:r>
    </w:p>
    <w:p>
      <w:r>
        <w:rPr>
          <w:b w:val="0"/>
          <w:sz w:val="20"/>
        </w:rPr>
        <w:t>12.3 Neither party may assign its rights or obligations without the prior written consent of the other party.</w:t>
      </w:r>
    </w:p>
    <w:p>
      <w:r>
        <w:rPr>
          <w:b w:val="0"/>
          <w:sz w:val="20"/>
        </w:rPr>
        <w:t>12.4 If any provision of this Agreement is held invalid or unenforceable, the remaining provisions shall remain in full force and effect.</w:t>
      </w:r>
    </w:p>
    <w:p/>
    <w:p/>
    <w:p>
      <w:r>
        <w:rPr>
          <w:b/>
          <w:sz w:val="20"/>
        </w:rPr>
        <w:t>IN WITNESS WHEREOF, the parties have executed this Agreement as of the date indicated below.</w:t>
      </w:r>
    </w:p>
    <w:p/>
    <w:p/>
    <w:p>
      <w:r>
        <w:rPr>
          <w:b w:val="0"/>
          <w:sz w:val="20"/>
        </w:rPr>
        <w:t>Effective Date: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_________________________________________</w:t>
              <w:br/>
              <w:t>Title: 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_________________________________________</w:t>
              <w:br/>
              <w:t>Title: 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https://agreementdocs-us.com/basic-agreement-vendor-contract/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basic-agreement-vendor-contrac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