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BINDING FINANCIAL AGREEMENT</w:t>
      </w:r>
    </w:p>
    <w:p/>
    <w:p>
      <w:r>
        <w:rPr>
          <w:b/>
          <w:sz w:val="20"/>
        </w:rPr>
        <w:t>This Binding Financial Agreement (“Agreement”) is entered into by and between:</w:t>
      </w:r>
    </w:p>
    <w:p/>
    <w:p>
      <w:r>
        <w:rPr>
          <w:b/>
          <w:sz w:val="20"/>
        </w:rPr>
        <w:t>Party A:</w:t>
      </w:r>
    </w:p>
    <w:p>
      <w:r>
        <w:rPr>
          <w:b w:val="0"/>
          <w:sz w:val="20"/>
        </w:rPr>
        <w:t>Full Legal Name: _________________________________________________________</w:t>
      </w:r>
    </w:p>
    <w:p>
      <w:r>
        <w:rPr>
          <w:b w:val="0"/>
          <w:sz w:val="20"/>
        </w:rPr>
        <w:t>Date of Birth: ______________________    Social Security Number (Last 4): 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Party B:</w:t>
      </w:r>
    </w:p>
    <w:p>
      <w:r>
        <w:rPr>
          <w:b w:val="0"/>
          <w:sz w:val="20"/>
        </w:rPr>
        <w:t>Full Legal Name: _________________________________________________________</w:t>
      </w:r>
    </w:p>
    <w:p>
      <w:r>
        <w:rPr>
          <w:b w:val="0"/>
          <w:sz w:val="20"/>
        </w:rPr>
        <w:t>Date of Birth: ______________________    Social Security Number (Last 4): _________</w:t>
      </w:r>
    </w:p>
    <w:p>
      <w:r>
        <w:rPr>
          <w:b w:val="0"/>
          <w:sz w:val="20"/>
        </w:rPr>
        <w:t>Address: _________________________________________________________________</w:t>
      </w:r>
    </w:p>
    <w:p>
      <w:r>
        <w:rPr>
          <w:b w:val="0"/>
          <w:sz w:val="20"/>
        </w:rPr>
        <w:t>Phone Number: ____________________________________________________________</w:t>
      </w:r>
    </w:p>
    <w:p/>
    <w:p/>
    <w:p>
      <w:r>
        <w:rPr>
          <w:b/>
          <w:sz w:val="20"/>
        </w:rPr>
        <w:t>RECITALS</w:t>
      </w:r>
    </w:p>
    <w:p>
      <w:r>
        <w:rPr>
          <w:b w:val="0"/>
          <w:sz w:val="20"/>
        </w:rPr>
        <w:t>WHEREAS, the Parties desire to enter into this Agreement to establish their respective rights and obligations concerning their financial affairs;</w:t>
      </w:r>
    </w:p>
    <w:p>
      <w:r>
        <w:rPr>
          <w:b w:val="0"/>
          <w:sz w:val="20"/>
        </w:rPr>
        <w:t>WHEREAS, the Parties intend this Agreement to be legally binding and enforceable under the laws of the United States of America;</w:t>
      </w:r>
    </w:p>
    <w:p>
      <w:r>
        <w:rPr>
          <w:b w:val="0"/>
          <w:sz w:val="20"/>
        </w:rPr>
        <w:t>NOW, THEREFORE, in consideration of the mutual promises and covenants contained herein, the Parties agree as follows:</w:t>
      </w:r>
    </w:p>
    <w:p/>
    <w:p>
      <w:r>
        <w:rPr>
          <w:b/>
          <w:sz w:val="20"/>
        </w:rPr>
        <w:t>1. PURPOSE</w:t>
      </w:r>
    </w:p>
    <w:p>
      <w:r>
        <w:rPr>
          <w:b w:val="0"/>
          <w:sz w:val="20"/>
        </w:rPr>
        <w:t>This Agreement sets forth the terms and conditions governing the financial arrangements, division of assets and liabilities, and related obligations between the Parties.</w:t>
      </w:r>
    </w:p>
    <w:p/>
    <w:p>
      <w:r>
        <w:rPr>
          <w:b/>
          <w:sz w:val="20"/>
        </w:rPr>
        <w:t>2. DEFINITIONS</w:t>
      </w:r>
    </w:p>
    <w:p>
      <w:r>
        <w:rPr>
          <w:b w:val="0"/>
          <w:sz w:val="20"/>
        </w:rPr>
        <w:t>Terms used in this Agreement shall have the meanings ascribed to them as follows, unless the context otherwise requires:</w:t>
      </w:r>
    </w:p>
    <w:p>
      <w:r>
        <w:rPr>
          <w:b w:val="0"/>
          <w:sz w:val="20"/>
        </w:rPr>
        <w:t>a) "Separate Property" means any asset or liability owned or incurred by a Party prior to the commencement of this Agreement or acquired by gift, inheritance, or excluded by agreement hereunder.</w:t>
      </w:r>
    </w:p>
    <w:p>
      <w:r>
        <w:rPr>
          <w:b w:val="0"/>
          <w:sz w:val="20"/>
        </w:rPr>
        <w:t>b) "Marital Property" means all property acquired jointly by the Parties during the course of their relationship, except that which is designated as Separate Property herein.</w:t>
      </w:r>
    </w:p>
    <w:p/>
    <w:p>
      <w:r>
        <w:rPr>
          <w:b/>
          <w:sz w:val="20"/>
        </w:rPr>
        <w:t>3. FINANCIAL DISCLOSURE</w:t>
      </w:r>
    </w:p>
    <w:p>
      <w:r>
        <w:rPr>
          <w:b w:val="0"/>
          <w:sz w:val="20"/>
        </w:rPr>
        <w:t>Each Party acknowledges that they have provided a full, fair, and accurate financial disclosure to the other Party including all assets, liabilities, income, and expenses, and that such disclosure forms the basis for this Agreement.</w:t>
      </w:r>
    </w:p>
    <w:p/>
    <w:p>
      <w:r>
        <w:rPr>
          <w:b/>
          <w:sz w:val="20"/>
        </w:rPr>
        <w:t>4. SEPARATE PROPERTY</w:t>
      </w:r>
    </w:p>
    <w:p>
      <w:r>
        <w:rPr>
          <w:b w:val="0"/>
          <w:sz w:val="20"/>
        </w:rPr>
        <w:t>Each Party shall retain exclusive ownership and control of their Separate Property as defined above. Neither Party shall have any right, title, or interest in the other Party's Separate Property.</w:t>
      </w:r>
    </w:p>
    <w:p/>
    <w:p>
      <w:r>
        <w:rPr>
          <w:b/>
          <w:sz w:val="20"/>
        </w:rPr>
        <w:t>5. MARITAL PROPERTY</w:t>
      </w:r>
    </w:p>
    <w:p>
      <w:r>
        <w:rPr>
          <w:b w:val="0"/>
          <w:sz w:val="20"/>
        </w:rPr>
        <w:t>The Parties agree that all Marital Property shall be divided as follows: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6. DEBTS AND LIABILITIES</w:t>
      </w:r>
    </w:p>
    <w:p>
      <w:r>
        <w:rPr>
          <w:b w:val="0"/>
          <w:sz w:val="20"/>
        </w:rPr>
        <w:t>Each Party shall be responsible for the debts and liabilities incurred individually prior to and during the term of this Agreement, except as otherwise agreed herein.</w:t>
      </w:r>
    </w:p>
    <w:p>
      <w:r>
        <w:rPr>
          <w:b w:val="0"/>
          <w:sz w:val="20"/>
        </w:rPr>
        <w:t>Joint debts incurred during the Parties' relationship shall be divided as follows:</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7. SPOUSAL SUPPORT AND MAINTENANCE</w:t>
      </w:r>
    </w:p>
    <w:p>
      <w:r>
        <w:rPr>
          <w:b w:val="0"/>
          <w:sz w:val="20"/>
        </w:rPr>
        <w:t>The Parties agree that spousal support, alimony, or maintenance shall be handled as follows: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This provision shall be binding and enforceable to the fullest extent permitted by applicable law.</w:t>
      </w:r>
    </w:p>
    <w:p/>
    <w:p>
      <w:r>
        <w:rPr>
          <w:b/>
          <w:sz w:val="20"/>
        </w:rPr>
        <w:t>8. TAX CONSIDERATIONS</w:t>
      </w:r>
    </w:p>
    <w:p>
      <w:r>
        <w:rPr>
          <w:b w:val="0"/>
          <w:sz w:val="20"/>
        </w:rPr>
        <w:t>The Parties acknowledge that they have been advised to seek independent tax advice regarding the consequences of this Agreement and agree to cooperate in the preparation of any necessary tax filings.</w:t>
      </w:r>
    </w:p>
    <w:p/>
    <w:p>
      <w:r>
        <w:rPr>
          <w:b/>
          <w:sz w:val="20"/>
        </w:rPr>
        <w:t>9. CONFIDENTIALITY</w:t>
      </w:r>
    </w:p>
    <w:p>
      <w:r>
        <w:rPr>
          <w:b w:val="0"/>
          <w:sz w:val="20"/>
        </w:rPr>
        <w:t>The Parties agree to keep the terms and existence of this Agreement confidential except as required by law or as necessary to enforce its terms.</w:t>
      </w:r>
    </w:p>
    <w:p/>
    <w:p>
      <w:r>
        <w:rPr>
          <w:b/>
          <w:sz w:val="20"/>
        </w:rPr>
        <w:t>10. GOVERNING LAW AND JURISDICTION</w:t>
      </w:r>
    </w:p>
    <w:p>
      <w:r>
        <w:rPr>
          <w:b w:val="0"/>
          <w:sz w:val="20"/>
        </w:rPr>
        <w:t>This Agreement shall be governed by and construed in accordance with the laws of the State of ____________________, United States of America.</w:t>
      </w:r>
    </w:p>
    <w:p>
      <w:r>
        <w:rPr>
          <w:b w:val="0"/>
          <w:sz w:val="20"/>
        </w:rPr>
        <w:t>The Parties submit to the exclusive jurisdiction of the courts located within said State for any disputes arising out of or relating to this Agreement.</w:t>
      </w:r>
    </w:p>
    <w:p/>
    <w:p>
      <w:r>
        <w:rPr>
          <w:b/>
          <w:sz w:val="20"/>
        </w:rPr>
        <w:t>11. ENTIRE AGREEMENT</w:t>
      </w:r>
    </w:p>
    <w:p>
      <w:r>
        <w:rPr>
          <w:b w:val="0"/>
          <w:sz w:val="20"/>
        </w:rPr>
        <w:t>This Agreement contains the entire understanding between the Parties regarding the subject matter herein and supersedes all prior agreements, understandings, or representations, oral or written.</w:t>
      </w:r>
    </w:p>
    <w:p/>
    <w:p>
      <w:r>
        <w:rPr>
          <w:b/>
          <w:sz w:val="20"/>
        </w:rPr>
        <w:t>12. AMENDMENTS</w:t>
      </w:r>
    </w:p>
    <w:p>
      <w:r>
        <w:rPr>
          <w:b w:val="0"/>
          <w:sz w:val="20"/>
        </w:rPr>
        <w:t>Any amendments or modifications to this Agreement must be made in writing and signed by both Parties to be effective.</w:t>
      </w:r>
    </w:p>
    <w:p/>
    <w:p>
      <w:r>
        <w:rPr>
          <w:b/>
          <w:sz w:val="20"/>
        </w:rPr>
        <w:t>13. SEVERABILITY</w:t>
      </w:r>
    </w:p>
    <w:p>
      <w:r>
        <w:rPr>
          <w:b w:val="0"/>
          <w:sz w:val="20"/>
        </w:rPr>
        <w:t>If any provision of this Agreement is held to be invalid or unenforceable, the remaining provisions shall remain in full force and effect.</w:t>
      </w:r>
    </w:p>
    <w:p/>
    <w:p>
      <w:r>
        <w:rPr>
          <w:b/>
          <w:sz w:val="20"/>
        </w:rPr>
        <w:t>14. VOLUNTARY EXECUTION</w:t>
      </w:r>
    </w:p>
    <w:p>
      <w:r>
        <w:rPr>
          <w:b w:val="0"/>
          <w:sz w:val="20"/>
        </w:rPr>
        <w:t>Each Party acknowledges that they have read and fully understand the terms of this Agreement, have had the opportunity to seek independent legal counsel, and enter into this Agreement voluntarily and without duress.</w:t>
      </w:r>
    </w:p>
    <w:p/>
    <w:p/>
    <w:p>
      <w:r>
        <w:rPr>
          <w:b w:val="0"/>
          <w:sz w:val="20"/>
        </w:rPr>
        <w:t>Place of Execution: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Print Name: ___________________________</w:t>
            </w:r>
          </w:p>
        </w:tc>
        <w:tc>
          <w:tcPr>
            <w:tcW w:type="dxa" w:w="4986"/>
            <w:tcBorders>
              <w:top w:val="nil"/>
              <w:left w:val="nil"/>
              <w:bottom w:val="nil"/>
              <w:right w:val="nil"/>
              <w:insideH w:val="nil"/>
              <w:insideV w:val="nil"/>
            </w:tcBorders>
          </w:tcPr>
          <w:p>
            <w:pPr>
              <w:jc w:val="center"/>
            </w:pPr>
            <w:r>
              <w:t>Print Name: ___________________________</w:t>
            </w:r>
          </w:p>
        </w:tc>
      </w:tr>
    </w:tbl>
    <w:p/>
    <w:p/>
    <w:p>
      <w:pPr>
        <w:jc w:val="center"/>
      </w:pPr>
      <w:r>
        <w:rPr>
          <w:b/>
          <w:sz w:val="20"/>
        </w:rPr>
        <w:t>NOTARY ACKNOWLEDGMENT</w:t>
      </w:r>
    </w:p>
    <w:p/>
    <w:p>
      <w:r>
        <w:rPr>
          <w:b w:val="0"/>
          <w:sz w:val="20"/>
        </w:rPr>
        <w:t>State of ____________________</w:t>
      </w:r>
    </w:p>
    <w:p>
      <w:r>
        <w:rPr>
          <w:b w:val="0"/>
          <w:sz w:val="20"/>
        </w:rPr>
        <w:t>County of ___________________</w:t>
      </w:r>
    </w:p>
    <w:p/>
    <w:p>
      <w:r>
        <w:rPr>
          <w:b w:val="0"/>
          <w:sz w:val="20"/>
        </w:rPr>
        <w:t>On this ______ day of ____________, before me, the undersigned Notary Public, personally appeared Party A and Party B, proved to me through satisfactory evidence of identification, to be the persons whose names are signed on the preceding document, and acknowledged to me that they executed the same freely and voluntarily for the purposes therein stated.</w:t>
      </w:r>
    </w:p>
    <w:p/>
    <w:p/>
    <w:p>
      <w:r>
        <w:rPr>
          <w:b w:val="0"/>
          <w:sz w:val="20"/>
        </w:rPr>
        <w:t>Notary Signature: ________________________________________________</w:t>
      </w:r>
    </w:p>
    <w:p>
      <w:r>
        <w:rPr>
          <w:b w:val="0"/>
          <w:sz w:val="20"/>
        </w:rPr>
        <w:t>Notary Printed Name: ____________________________________________</w:t>
      </w:r>
    </w:p>
    <w:p>
      <w:r>
        <w:rPr>
          <w:b w:val="0"/>
          <w:sz w:val="20"/>
        </w:rPr>
        <w:t>My Commission Expires: ___________________________________________</w:t>
      </w:r>
    </w:p>
    <w:p>
      <w:r>
        <w:rPr>
          <w:b w:val="0"/>
          <w:sz w:val="20"/>
        </w:rPr>
        <w:t>Notary Seal/Stamp: 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https://agreementdocs-us.com/binding-financial-agreement/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binding-financial-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