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COPYRIGHT AGREEMENT</w:t>
      </w:r>
    </w:p>
    <w:p/>
    <w:p>
      <w:r>
        <w:rPr>
          <w:b/>
          <w:sz w:val="22"/>
        </w:rPr>
        <w:t>Parties:</w:t>
      </w:r>
    </w:p>
    <w:p>
      <w:r>
        <w:rPr>
          <w:b w:val="0"/>
          <w:sz w:val="20"/>
        </w:rPr>
        <w:t>This Copyright Agreement (the "Agreement") is made by and between:</w:t>
      </w:r>
    </w:p>
    <w:p>
      <w:r>
        <w:rPr>
          <w:b w:val="0"/>
          <w:sz w:val="20"/>
        </w:rPr>
        <w:t>Author/Owner: _______________________________________________________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p>
      <w:r>
        <w:rPr>
          <w:b w:val="0"/>
          <w:sz w:val="20"/>
        </w:rPr>
        <w:t>Licensee/User: ______________________________________________________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p/>
    <w:p>
      <w:r>
        <w:rPr>
          <w:b/>
          <w:sz w:val="22"/>
        </w:rPr>
        <w:t>Recitals:</w:t>
      </w:r>
    </w:p>
    <w:p>
      <w:r>
        <w:rPr>
          <w:b w:val="0"/>
          <w:sz w:val="20"/>
        </w:rPr>
        <w:t>WHEREAS, the Author is the sole and exclusive owner of all rights, title, and interest in the copyrighted Work described below;</w:t>
      </w:r>
    </w:p>
    <w:p>
      <w:r>
        <w:rPr>
          <w:b w:val="0"/>
          <w:sz w:val="20"/>
        </w:rPr>
        <w:t>WHEREAS, the Licensee desires to obtain a license to use the Work under the terms and conditions set forth herein;</w:t>
      </w:r>
    </w:p>
    <w:p>
      <w:r>
        <w:rPr>
          <w:b w:val="0"/>
          <w:sz w:val="20"/>
        </w:rPr>
        <w:t>NOW, THEREFORE, in consideration of the mutual covenants and promises contained herein, the parties agree as follows:</w:t>
      </w:r>
    </w:p>
    <w:p/>
    <w:p/>
    <w:p>
      <w:r>
        <w:rPr>
          <w:b/>
          <w:sz w:val="22"/>
        </w:rPr>
        <w:t>1. Definitions</w:t>
      </w:r>
    </w:p>
    <w:p>
      <w:r>
        <w:rPr>
          <w:b w:val="0"/>
          <w:sz w:val="20"/>
        </w:rPr>
        <w:t>1.1 "Work" means the original work of authorship described as follows: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1.2 "License" means the rights granted to the Licensee under this Agreement.</w:t>
      </w:r>
    </w:p>
    <w:p/>
    <w:p/>
    <w:p>
      <w:r>
        <w:rPr>
          <w:b/>
          <w:sz w:val="22"/>
        </w:rPr>
        <w:t>2. Grant of License</w:t>
      </w:r>
    </w:p>
    <w:p>
      <w:r>
        <w:rPr>
          <w:b w:val="0"/>
          <w:sz w:val="20"/>
        </w:rPr>
        <w:t>2.1 The Author hereby grants to the Licensee a non-exclusive, non-transferable, worldwide license to use the Work as follows:</w:t>
      </w:r>
    </w:p>
    <w:p>
      <w:r>
        <w:rPr>
          <w:b w:val="0"/>
          <w:sz w:val="20"/>
        </w:rPr>
        <w:t xml:space="preserve">    (a) Purpose/Scope: ________________________________________________</w:t>
      </w:r>
    </w:p>
    <w:p>
      <w:r>
        <w:rPr>
          <w:b w:val="0"/>
          <w:sz w:val="20"/>
        </w:rPr>
        <w:t xml:space="preserve">    (b) Duration: ____________________________________________________</w:t>
      </w:r>
    </w:p>
    <w:p>
      <w:r>
        <w:rPr>
          <w:b w:val="0"/>
          <w:sz w:val="20"/>
        </w:rPr>
        <w:t xml:space="preserve">    (c) Medium/Format: _______________________________________________</w:t>
      </w:r>
    </w:p>
    <w:p>
      <w:r>
        <w:rPr>
          <w:b w:val="0"/>
          <w:sz w:val="20"/>
        </w:rPr>
        <w:t xml:space="preserve">    (d) Territory: ___________________________________________________</w:t>
      </w:r>
    </w:p>
    <w:p>
      <w:r>
        <w:rPr>
          <w:b w:val="0"/>
          <w:sz w:val="20"/>
        </w:rPr>
        <w:t>2.2 The Licensee shall not reproduce, distribute, publicly display, perform, or create derivative works of the Work except as expressly permitted by this Agreement.</w:t>
      </w:r>
    </w:p>
    <w:p/>
    <w:p/>
    <w:p>
      <w:r>
        <w:rPr>
          <w:b/>
          <w:sz w:val="22"/>
        </w:rPr>
        <w:t>3. Ownership</w:t>
      </w:r>
    </w:p>
    <w:p>
      <w:r>
        <w:rPr>
          <w:b w:val="0"/>
          <w:sz w:val="20"/>
        </w:rPr>
        <w:t>3.1 The Author retains all rights, title, and interest in and to the Work, including all copyrights and any renewals or extensions thereof.</w:t>
      </w:r>
    </w:p>
    <w:p>
      <w:r>
        <w:rPr>
          <w:b w:val="0"/>
          <w:sz w:val="20"/>
        </w:rPr>
        <w:t>3.2 No ownership rights are transferred to the Licensee by this Agreement.</w:t>
      </w:r>
    </w:p>
    <w:p/>
    <w:p/>
    <w:p>
      <w:r>
        <w:rPr>
          <w:b/>
          <w:sz w:val="22"/>
        </w:rPr>
        <w:t>4. Payment and Royalties</w:t>
      </w:r>
    </w:p>
    <w:p>
      <w:r>
        <w:rPr>
          <w:b w:val="0"/>
          <w:sz w:val="20"/>
        </w:rPr>
        <w:t>4.1 In consideration for the License granted herein, the Licensee agrees to pay the Author as follows:</w:t>
      </w:r>
    </w:p>
    <w:p>
      <w:r>
        <w:rPr>
          <w:b w:val="0"/>
          <w:sz w:val="20"/>
        </w:rPr>
        <w:t xml:space="preserve">    (a) License Fee: ________________________________________________</w:t>
      </w:r>
    </w:p>
    <w:p>
      <w:r>
        <w:rPr>
          <w:b w:val="0"/>
          <w:sz w:val="20"/>
        </w:rPr>
        <w:t xml:space="preserve">    (b) Royalty Rate: _______________________________________________</w:t>
      </w:r>
    </w:p>
    <w:p>
      <w:r>
        <w:rPr>
          <w:b w:val="0"/>
          <w:sz w:val="20"/>
        </w:rPr>
        <w:t xml:space="preserve">    (c) Payment Terms: ______________________________________________</w:t>
      </w:r>
    </w:p>
    <w:p/>
    <w:p/>
    <w:p>
      <w:r>
        <w:rPr>
          <w:b/>
          <w:sz w:val="22"/>
        </w:rPr>
        <w:t>5. Delivery of Work</w:t>
      </w:r>
    </w:p>
    <w:p>
      <w:r>
        <w:rPr>
          <w:b w:val="0"/>
          <w:sz w:val="20"/>
        </w:rPr>
        <w:t>5.1 The Author shall deliver to the Licensee the Work in the agreed format within a reasonable time after execution of this Agreement.</w:t>
      </w:r>
    </w:p>
    <w:p/>
    <w:p/>
    <w:p>
      <w:r>
        <w:rPr>
          <w:b/>
          <w:sz w:val="22"/>
        </w:rPr>
        <w:t>6. Warranties and Representations</w:t>
      </w:r>
    </w:p>
    <w:p>
      <w:r>
        <w:rPr>
          <w:b w:val="0"/>
          <w:sz w:val="20"/>
        </w:rPr>
        <w:t>6.1 The Author represents and warrants that:</w:t>
      </w:r>
    </w:p>
    <w:p>
      <w:r>
        <w:rPr>
          <w:b w:val="0"/>
          <w:sz w:val="20"/>
        </w:rPr>
        <w:t xml:space="preserve">    (a) The Author is the sole owner of the Work and has full authority to enter into this Agreement;</w:t>
      </w:r>
    </w:p>
    <w:p>
      <w:r>
        <w:rPr>
          <w:b w:val="0"/>
          <w:sz w:val="20"/>
        </w:rPr>
        <w:t xml:space="preserve">    (b) The Work does not infringe any third-party rights;</w:t>
      </w:r>
    </w:p>
    <w:p>
      <w:r>
        <w:rPr>
          <w:b w:val="0"/>
          <w:sz w:val="20"/>
        </w:rPr>
        <w:t xml:space="preserve">    (c) There are no existing licenses or encumbrances conflicting with the rights granted herein.</w:t>
      </w:r>
    </w:p>
    <w:p>
      <w:r>
        <w:rPr>
          <w:b w:val="0"/>
          <w:sz w:val="20"/>
        </w:rPr>
        <w:t>6.2 The Licensee represents that it will use the Work only in accordance with this Agreement and applicable law.</w:t>
      </w:r>
    </w:p>
    <w:p/>
    <w:p/>
    <w:p>
      <w:r>
        <w:rPr>
          <w:b/>
          <w:sz w:val="22"/>
        </w:rPr>
        <w:t>7. Indemnification</w:t>
      </w:r>
    </w:p>
    <w:p>
      <w:r>
        <w:rPr>
          <w:b w:val="0"/>
          <w:sz w:val="20"/>
        </w:rPr>
        <w:t>7.1 The Licensee shall indemnify, defend, and hold harmless the Author from and against any and all claims, damages, liabilities, costs, and expenses arising out of Licensee’s use of the Work in violation of this Agreement.</w:t>
      </w:r>
    </w:p>
    <w:p>
      <w:r>
        <w:rPr>
          <w:b w:val="0"/>
          <w:sz w:val="20"/>
        </w:rPr>
        <w:t>7.2 The Author shall indemnify, defend, and hold harmless the Licensee from any claims arising from breach of Author’s warranties in Section 6.</w:t>
      </w:r>
    </w:p>
    <w:p/>
    <w:p/>
    <w:p>
      <w:r>
        <w:rPr>
          <w:b/>
          <w:sz w:val="22"/>
        </w:rPr>
        <w:t>8. Limitation of Liability</w:t>
      </w:r>
    </w:p>
    <w:p>
      <w:r>
        <w:rPr>
          <w:b w:val="0"/>
          <w:sz w:val="20"/>
        </w:rPr>
        <w:t>8.1 Neither party shall be liable to the other for any indirect, incidental, consequential, punitive, or special damages, including lost profits, arising out of or related to this Agreement, even if advised of the possibility of such damages.</w:t>
      </w:r>
    </w:p>
    <w:p>
      <w:r>
        <w:rPr>
          <w:b w:val="0"/>
          <w:sz w:val="20"/>
        </w:rPr>
        <w:t>8.2 The total liability of either party under this Agreement shall not exceed the amount paid by Licensee to Author under this Agreement.</w:t>
      </w:r>
    </w:p>
    <w:p/>
    <w:p/>
    <w:p>
      <w:r>
        <w:rPr>
          <w:b/>
          <w:sz w:val="22"/>
        </w:rPr>
        <w:t>9. Term and Termination</w:t>
      </w:r>
    </w:p>
    <w:p>
      <w:r>
        <w:rPr>
          <w:b w:val="0"/>
          <w:sz w:val="20"/>
        </w:rPr>
        <w:t>9.1 This Agreement shall continue in effect until terminated by either party as provided herein.</w:t>
      </w:r>
    </w:p>
    <w:p>
      <w:r>
        <w:rPr>
          <w:b w:val="0"/>
          <w:sz w:val="20"/>
        </w:rPr>
        <w:t>9.2 Either party may terminate this Agreement immediately upon written notice if the other party breaches any material term and fails to cure within thirty (30) days of notice.</w:t>
      </w:r>
    </w:p>
    <w:p>
      <w:r>
        <w:rPr>
          <w:b w:val="0"/>
          <w:sz w:val="20"/>
        </w:rPr>
        <w:t>9.3 Upon termination, Licensee shall cease all use of the Work and destroy all copies in Licensee’s possession or control.</w:t>
      </w:r>
    </w:p>
    <w:p/>
    <w:p/>
    <w:p>
      <w:r>
        <w:rPr>
          <w:b/>
          <w:sz w:val="22"/>
        </w:rPr>
        <w:t>10. Confidentiality</w:t>
      </w:r>
    </w:p>
    <w:p>
      <w:r>
        <w:rPr>
          <w:b w:val="0"/>
          <w:sz w:val="20"/>
        </w:rPr>
        <w:t>10.1 The parties agree to keep confidential and not disclose any proprietary or confidential information obtained from the other party in connection with this Agreement, except as required by law.</w:t>
      </w:r>
    </w:p>
    <w:p/>
    <w:p/>
    <w:p>
      <w:r>
        <w:rPr>
          <w:b/>
          <w:sz w:val="22"/>
        </w:rPr>
        <w:t>11. Governing Law and Jurisdiction</w:t>
      </w:r>
    </w:p>
    <w:p>
      <w:r>
        <w:rPr>
          <w:b w:val="0"/>
          <w:sz w:val="20"/>
        </w:rPr>
        <w:t>11.1 This Agreement shall be governed by and construed in accordance with the laws of the United States of America and the State of ___________________.</w:t>
      </w:r>
    </w:p>
    <w:p>
      <w:r>
        <w:rPr>
          <w:b w:val="0"/>
          <w:sz w:val="20"/>
        </w:rPr>
        <w:t>11.2 Any disputes arising from or related to this Agreement shall be resolved exclusively in the federal or state courts located within ___________________, and the parties hereby consent to the personal jurisdiction of such courts.</w:t>
      </w:r>
    </w:p>
    <w:p/>
    <w:p/>
    <w:p>
      <w:r>
        <w:rPr>
          <w:b/>
          <w:sz w:val="22"/>
        </w:rPr>
        <w:t>12. Miscellaneous</w:t>
      </w:r>
    </w:p>
    <w:p>
      <w:r>
        <w:rPr>
          <w:b w:val="0"/>
          <w:sz w:val="20"/>
        </w:rPr>
        <w:t>12.1 Entire Agreement: This Agreement constitutes the entire agreement between the parties and supersedes all prior agreements, understandings, or negotiations.</w:t>
      </w:r>
    </w:p>
    <w:p>
      <w:r>
        <w:rPr>
          <w:b w:val="0"/>
          <w:sz w:val="20"/>
        </w:rPr>
        <w:t>12.2 Amendments: Any amendments or modifications to this Agreement must be in writing and signed by both parties.</w:t>
      </w:r>
    </w:p>
    <w:p>
      <w:r>
        <w:rPr>
          <w:b w:val="0"/>
          <w:sz w:val="20"/>
        </w:rPr>
        <w:t>12.3 Severability: If any provision of this Agreement is held invalid or unenforceable, the remainder shall continue in full force and effect.</w:t>
      </w:r>
    </w:p>
    <w:p>
      <w:r>
        <w:rPr>
          <w:b w:val="0"/>
          <w:sz w:val="20"/>
        </w:rPr>
        <w:t>12.4 Waiver: Failure to enforce any right shall not constitute waiver of such right.</w:t>
      </w:r>
    </w:p>
    <w:p>
      <w:r>
        <w:rPr>
          <w:b w:val="0"/>
          <w:sz w:val="20"/>
        </w:rPr>
        <w:t>12.5 Assignment: Neither party may assign this Agreement without the prior written consent of the other party.</w:t>
      </w:r>
    </w:p>
    <w:p/>
    <w:p/>
    <w:p>
      <w:r>
        <w:rPr>
          <w:b w:val="0"/>
          <w:sz w:val="20"/>
        </w:rPr>
        <w:t>IN WITNESS WHEREOF, the parties have executed this Agreement as of the date written below.</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AUTHOR/OWNER</w:t>
            </w:r>
          </w:p>
        </w:tc>
        <w:tc>
          <w:tcPr>
            <w:tcW w:type="dxa" w:w="4986"/>
            <w:tcBorders>
              <w:top w:val="nil"/>
              <w:left w:val="nil"/>
              <w:bottom w:val="nil"/>
              <w:right w:val="nil"/>
              <w:insideH w:val="nil"/>
              <w:insideV w:val="nil"/>
            </w:tcBorders>
          </w:tcPr>
          <w:p>
            <w:pPr>
              <w:jc w:val="center"/>
            </w:pPr>
            <w:r>
              <w:t>LICENSEE/USER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https://agreementdocs-us.com/copyright-agreement/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opyrigh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