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FILM PRODUCTION AGREEMENT</w:t>
      </w:r>
    </w:p>
    <w:p/>
    <w:p>
      <w:r>
        <w:rPr>
          <w:b/>
          <w:sz w:val="20"/>
        </w:rPr>
        <w:t>This Film Production Agreement (the “Agreement”) is entered into by and between the following parties:</w:t>
      </w:r>
    </w:p>
    <w:p/>
    <w:p>
      <w:r>
        <w:rPr>
          <w:b/>
          <w:sz w:val="20"/>
        </w:rPr>
        <w:t>Producer Information:</w:t>
      </w:r>
    </w:p>
    <w:p>
      <w:r>
        <w:rPr>
          <w:b w:val="0"/>
          <w:sz w:val="20"/>
        </w:rPr>
        <w:t>Name: ____________________________________________________________</w:t>
      </w:r>
    </w:p>
    <w:p>
      <w:r>
        <w:rPr>
          <w:b w:val="0"/>
          <w:sz w:val="20"/>
        </w:rPr>
        <w:t>Address: _________________________________________________________</w:t>
      </w:r>
    </w:p>
    <w:p>
      <w:r>
        <w:rPr>
          <w:b w:val="0"/>
          <w:sz w:val="20"/>
        </w:rPr>
        <w:t>Phone: ___________________________________________________________</w:t>
      </w:r>
    </w:p>
    <w:p>
      <w:r>
        <w:rPr>
          <w:b w:val="0"/>
          <w:sz w:val="20"/>
        </w:rPr>
        <w:t>Email: ___________________________________________________________</w:t>
      </w:r>
    </w:p>
    <w:p/>
    <w:p>
      <w:r>
        <w:rPr>
          <w:b/>
          <w:sz w:val="20"/>
        </w:rPr>
        <w:t>Production Company Information (if different):</w:t>
      </w:r>
    </w:p>
    <w:p>
      <w:r>
        <w:rPr>
          <w:b w:val="0"/>
          <w:sz w:val="20"/>
        </w:rPr>
        <w:t>Name: ____________________________________________________________</w:t>
      </w:r>
    </w:p>
    <w:p>
      <w:r>
        <w:rPr>
          <w:b w:val="0"/>
          <w:sz w:val="20"/>
        </w:rPr>
        <w:t>Address: _________________________________________________________</w:t>
      </w:r>
    </w:p>
    <w:p>
      <w:r>
        <w:rPr>
          <w:b w:val="0"/>
          <w:sz w:val="20"/>
        </w:rPr>
        <w:t>Phone: ___________________________________________________________</w:t>
      </w:r>
    </w:p>
    <w:p>
      <w:r>
        <w:rPr>
          <w:b w:val="0"/>
          <w:sz w:val="20"/>
        </w:rPr>
        <w:t>Email: ___________________________________________________________</w:t>
      </w:r>
    </w:p>
    <w:p/>
    <w:p>
      <w:r>
        <w:rPr>
          <w:b/>
          <w:sz w:val="20"/>
        </w:rPr>
        <w:t>Director Information:</w:t>
      </w:r>
    </w:p>
    <w:p>
      <w:r>
        <w:rPr>
          <w:b w:val="0"/>
          <w:sz w:val="20"/>
        </w:rPr>
        <w:t>Name: ____________________________________________________________</w:t>
      </w:r>
    </w:p>
    <w:p>
      <w:r>
        <w:rPr>
          <w:b w:val="0"/>
          <w:sz w:val="20"/>
        </w:rPr>
        <w:t>Address: _________________________________________________________</w:t>
      </w:r>
    </w:p>
    <w:p>
      <w:r>
        <w:rPr>
          <w:b w:val="0"/>
          <w:sz w:val="20"/>
        </w:rPr>
        <w:t>Phone: ___________________________________________________________</w:t>
      </w:r>
    </w:p>
    <w:p>
      <w:r>
        <w:rPr>
          <w:b w:val="0"/>
          <w:sz w:val="20"/>
        </w:rPr>
        <w:t>Email: ___________________________________________________________</w:t>
      </w:r>
    </w:p>
    <w:p/>
    <w:p/>
    <w:p>
      <w:pPr>
        <w:jc w:val="center"/>
      </w:pPr>
      <w:r>
        <w:rPr>
          <w:b/>
          <w:sz w:val="20"/>
        </w:rPr>
        <w:t>RECITALS</w:t>
      </w:r>
    </w:p>
    <w:p/>
    <w:p>
      <w:r>
        <w:rPr>
          <w:b w:val="0"/>
          <w:sz w:val="20"/>
        </w:rPr>
        <w:t>WHEREAS, the Producer desires to engage the Director to render services in connection with the production of a film project described herein;</w:t>
      </w:r>
    </w:p>
    <w:p>
      <w:r>
        <w:rPr>
          <w:b w:val="0"/>
          <w:sz w:val="20"/>
        </w:rPr>
        <w:t>WHEREAS, the Director desires to provide such services under the terms and conditions set forth in this Agreement;</w:t>
      </w:r>
    </w:p>
    <w:p>
      <w:r>
        <w:rPr>
          <w:b w:val="0"/>
          <w:sz w:val="20"/>
        </w:rPr>
        <w:t>NOW, THEREFORE, in consideration of the mutual covenants and promises herein contained, the parties agree as follows:</w:t>
      </w:r>
    </w:p>
    <w:p/>
    <w:p/>
    <w:p>
      <w:r>
        <w:rPr>
          <w:b/>
          <w:sz w:val="20"/>
        </w:rPr>
        <w:t>1. Definitions</w:t>
      </w:r>
    </w:p>
    <w:p>
      <w:r>
        <w:rPr>
          <w:b w:val="0"/>
          <w:sz w:val="20"/>
        </w:rPr>
        <w:t>“Film” means the motion picture currently entitled: _______________________________________________.</w:t>
      </w:r>
    </w:p>
    <w:p>
      <w:r>
        <w:rPr>
          <w:b w:val="0"/>
          <w:sz w:val="20"/>
        </w:rPr>
        <w:t>“Services” means all services to be performed by the Director pursuant to this Agreement, including but not limited to directing, creative input, and attendance at rehearsals and shoots.</w:t>
      </w:r>
    </w:p>
    <w:p>
      <w:r>
        <w:rPr>
          <w:b w:val="0"/>
          <w:sz w:val="20"/>
        </w:rPr>
        <w:t>“Delivery Date” means the date on which the final cut of the Film is delivered to the Producer.</w:t>
      </w:r>
    </w:p>
    <w:p/>
    <w:p>
      <w:r>
        <w:rPr>
          <w:b/>
          <w:sz w:val="20"/>
        </w:rPr>
        <w:t>2. Engagement and Services</w:t>
      </w:r>
    </w:p>
    <w:p>
      <w:r>
        <w:rPr>
          <w:b w:val="0"/>
          <w:sz w:val="20"/>
        </w:rPr>
        <w:t>The Producer hereby engages the Director, and the Director hereby accepts such engagement, to direct and provide services for the Film in accordance with the terms and conditions set forth herein.</w:t>
      </w:r>
    </w:p>
    <w:p>
      <w:r>
        <w:rPr>
          <w:b w:val="0"/>
          <w:sz w:val="20"/>
        </w:rPr>
        <w:t>The Director agrees to devote such time, ability, and attention as reasonably necessary to perform the Services professionally, diligently, and in accordance with industry standards.</w:t>
      </w:r>
    </w:p>
    <w:p/>
    <w:p>
      <w:r>
        <w:rPr>
          <w:b/>
          <w:sz w:val="20"/>
        </w:rPr>
        <w:t>3. Term</w:t>
      </w:r>
    </w:p>
    <w:p>
      <w:r>
        <w:rPr>
          <w:b w:val="0"/>
          <w:sz w:val="20"/>
        </w:rPr>
        <w:t>The term of this Agreement shall commence upon execution by both parties and shall continue until completion and delivery of the Film, unless earlier terminated pursuant to this Agreement.</w:t>
      </w:r>
    </w:p>
    <w:p/>
    <w:p>
      <w:r>
        <w:rPr>
          <w:b/>
          <w:sz w:val="20"/>
        </w:rPr>
        <w:t>4. Compensation</w:t>
      </w:r>
    </w:p>
    <w:p>
      <w:r>
        <w:rPr>
          <w:b w:val="0"/>
          <w:sz w:val="20"/>
        </w:rPr>
        <w:t>The Producer agrees to pay the Director a total fee of $__________________, payable as follows:</w:t>
      </w:r>
    </w:p>
    <w:p>
      <w:r>
        <w:rPr>
          <w:b w:val="0"/>
          <w:sz w:val="20"/>
        </w:rPr>
        <w:t>- Deposit upon signing: $__________________</w:t>
      </w:r>
    </w:p>
    <w:p>
      <w:r>
        <w:rPr>
          <w:b w:val="0"/>
          <w:sz w:val="20"/>
        </w:rPr>
        <w:t>- Upon commencement of principal photography: $__________________</w:t>
      </w:r>
    </w:p>
    <w:p>
      <w:r>
        <w:rPr>
          <w:b w:val="0"/>
          <w:sz w:val="20"/>
        </w:rPr>
        <w:t>- Upon delivery of final cut: $__________________</w:t>
      </w:r>
    </w:p>
    <w:p>
      <w:r>
        <w:rPr>
          <w:b w:val="0"/>
          <w:sz w:val="20"/>
        </w:rPr>
        <w:t>All payments shall be made within _____ days of receipt of an invoice from the Director.</w:t>
      </w:r>
    </w:p>
    <w:p/>
    <w:p>
      <w:r>
        <w:rPr>
          <w:b/>
          <w:sz w:val="20"/>
        </w:rPr>
        <w:t>5. Expenses</w:t>
      </w:r>
    </w:p>
    <w:p>
      <w:r>
        <w:rPr>
          <w:b w:val="0"/>
          <w:sz w:val="20"/>
        </w:rPr>
        <w:t>The Producer shall reimburse the Director for reasonable and pre-approved expenses directly related to the production of the Film upon submission of proper documentation.</w:t>
      </w:r>
    </w:p>
    <w:p>
      <w:r>
        <w:rPr>
          <w:b w:val="0"/>
          <w:sz w:val="20"/>
        </w:rPr>
        <w:t>Any expenses exceeding $________ require prior written approval from the Producer.</w:t>
      </w:r>
    </w:p>
    <w:p/>
    <w:p>
      <w:r>
        <w:rPr>
          <w:b/>
          <w:sz w:val="20"/>
        </w:rPr>
        <w:t>6. Rights and Ownership</w:t>
      </w:r>
    </w:p>
    <w:p>
      <w:r>
        <w:rPr>
          <w:b w:val="0"/>
          <w:sz w:val="20"/>
        </w:rPr>
        <w:t>The Director acknowledges that all rights, title, and interest in and to the Film, including all copyrights and related intellectual property rights, shall be the sole property of the Producer.</w:t>
      </w:r>
    </w:p>
    <w:p>
      <w:r>
        <w:rPr>
          <w:b w:val="0"/>
          <w:sz w:val="20"/>
        </w:rPr>
        <w:t>The Director hereby irrevocably assigns all such rights to the Producer and agrees to execute any further documents necessary to effectuate such assignment.</w:t>
      </w:r>
    </w:p>
    <w:p/>
    <w:p>
      <w:r>
        <w:rPr>
          <w:b/>
          <w:sz w:val="20"/>
        </w:rPr>
        <w:t>7. Director’s Credit</w:t>
      </w:r>
    </w:p>
    <w:p>
      <w:r>
        <w:rPr>
          <w:b w:val="0"/>
          <w:sz w:val="20"/>
        </w:rPr>
        <w:t>Subject to the Producer’s sole discretion, the Director shall receive credit as the Director of the Film in all versions, marketing, and distribution of the Film in a manner consistent with industry standards.</w:t>
      </w:r>
    </w:p>
    <w:p>
      <w:r>
        <w:rPr>
          <w:b w:val="0"/>
          <w:sz w:val="20"/>
        </w:rPr>
        <w:t>The Director agrees that the form, placement, and size of the credit shall be determined by the Producer.</w:t>
      </w:r>
    </w:p>
    <w:p/>
    <w:p>
      <w:r>
        <w:rPr>
          <w:b/>
          <w:sz w:val="20"/>
        </w:rPr>
        <w:t>8. Confidentiality</w:t>
      </w:r>
    </w:p>
    <w:p>
      <w:r>
        <w:rPr>
          <w:b w:val="0"/>
          <w:sz w:val="20"/>
        </w:rPr>
        <w:t>The Director agrees to keep confidential and not disclose to any third party any proprietary or confidential information concerning the Film, the Producer, or the production process, except as required to perform the Services or as otherwise authorized in writing by the Producer.</w:t>
      </w:r>
    </w:p>
    <w:p/>
    <w:p>
      <w:r>
        <w:rPr>
          <w:b/>
          <w:sz w:val="20"/>
        </w:rPr>
        <w:t>9. Warranties and Representations</w:t>
      </w:r>
    </w:p>
    <w:p>
      <w:r>
        <w:rPr>
          <w:b w:val="0"/>
          <w:sz w:val="20"/>
        </w:rPr>
        <w:t>The Director represents and warrants that:</w:t>
      </w:r>
    </w:p>
    <w:p>
      <w:r>
        <w:rPr>
          <w:b w:val="0"/>
          <w:sz w:val="20"/>
        </w:rPr>
        <w:t>- They have full power and authority to enter into this Agreement and perform their obligations hereunder;</w:t>
      </w:r>
    </w:p>
    <w:p>
      <w:r>
        <w:rPr>
          <w:b w:val="0"/>
          <w:sz w:val="20"/>
        </w:rPr>
        <w:t>- The Services shall be performed professionally and in accordance with generally accepted industry standards;</w:t>
      </w:r>
    </w:p>
    <w:p>
      <w:r>
        <w:rPr>
          <w:b w:val="0"/>
          <w:sz w:val="20"/>
        </w:rPr>
        <w:t>- The Services and the Film shall not infringe upon any third party’s rights or violate any laws.</w:t>
      </w:r>
    </w:p>
    <w:p/>
    <w:p>
      <w:r>
        <w:rPr>
          <w:b/>
          <w:sz w:val="20"/>
        </w:rPr>
        <w:t>10. Independent Contractor</w:t>
      </w:r>
    </w:p>
    <w:p>
      <w:r>
        <w:rPr>
          <w:b w:val="0"/>
          <w:sz w:val="20"/>
        </w:rPr>
        <w:t>The Director is an independent contractor and nothing in this Agreement shall be construed to create an employer-employee, partnership, joint venture, or agency relationship between the parties.</w:t>
      </w:r>
    </w:p>
    <w:p>
      <w:r>
        <w:rPr>
          <w:b w:val="0"/>
          <w:sz w:val="20"/>
        </w:rPr>
        <w:t>The Director shall not be entitled to any benefits provided by the Producer to its employees.</w:t>
      </w:r>
    </w:p>
    <w:p/>
    <w:p>
      <w:r>
        <w:rPr>
          <w:b/>
          <w:sz w:val="20"/>
        </w:rPr>
        <w:t>11. Termination</w:t>
      </w:r>
    </w:p>
    <w:p>
      <w:r>
        <w:rPr>
          <w:b w:val="0"/>
          <w:sz w:val="20"/>
        </w:rPr>
        <w:t>Either party may terminate this Agreement upon written notice if the other party materially breaches any provision and fails to cure such breach within ____ days of notice.</w:t>
      </w:r>
    </w:p>
    <w:p>
      <w:r>
        <w:rPr>
          <w:b w:val="0"/>
          <w:sz w:val="20"/>
        </w:rPr>
        <w:t>Upon termination, the Producer shall pay the Director for all Services performed and approved expenses incurred up to the date of termination.</w:t>
      </w:r>
    </w:p>
    <w:p>
      <w:r>
        <w:rPr>
          <w:b w:val="0"/>
          <w:sz w:val="20"/>
        </w:rPr>
        <w:t>Sections 6, 7, 8, 12, 13, 14, and 15 shall survive termination.</w:t>
      </w:r>
    </w:p>
    <w:p/>
    <w:p>
      <w:r>
        <w:rPr>
          <w:b/>
          <w:sz w:val="20"/>
        </w:rPr>
        <w:t>12. Indemnification</w:t>
      </w:r>
    </w:p>
    <w:p>
      <w:r>
        <w:rPr>
          <w:b w:val="0"/>
          <w:sz w:val="20"/>
        </w:rPr>
        <w:t>The Director agrees to indemnify, defend, and hold harmless the Producer, its affiliates, officers, agents, and employees from and against any claims, damages, liabilities, costs, and expenses arising out of any breach of this Agreement, negligence, or willful misconduct by the Director.</w:t>
      </w:r>
    </w:p>
    <w:p/>
    <w:p>
      <w:r>
        <w:rPr>
          <w:b/>
          <w:sz w:val="20"/>
        </w:rPr>
        <w:t>13. Governing Law and Dispute Resolution</w:t>
      </w:r>
    </w:p>
    <w:p>
      <w:r>
        <w:rPr>
          <w:b w:val="0"/>
          <w:sz w:val="20"/>
        </w:rPr>
        <w:t>This Agreement shall be governed by and construed in accordance with the laws of the State of ______________, without regard to conflict of laws principles.</w:t>
      </w:r>
    </w:p>
    <w:p>
      <w:r>
        <w:rPr>
          <w:b w:val="0"/>
          <w:sz w:val="20"/>
        </w:rPr>
        <w:t>Any dispute arising out of or relating to this Agreement shall be resolved first by good faith negotiation between the parties.</w:t>
      </w:r>
    </w:p>
    <w:p>
      <w:r>
        <w:rPr>
          <w:b w:val="0"/>
          <w:sz w:val="20"/>
        </w:rPr>
        <w:t>If unresolved, disputes shall be submitted to binding arbitration in accordance with the rules of the American Arbitration Association, with the place of arbitration in ______________.</w:t>
      </w:r>
    </w:p>
    <w:p/>
    <w:p>
      <w:r>
        <w:rPr>
          <w:b/>
          <w:sz w:val="20"/>
        </w:rPr>
        <w:t>14. Miscellaneous</w:t>
      </w:r>
    </w:p>
    <w:p>
      <w:r>
        <w:rPr>
          <w:b w:val="0"/>
          <w:sz w:val="20"/>
        </w:rPr>
        <w:t>- Entire Agreement: This Agreement contains the entire understanding between the parties and supersedes all prior agreements.</w:t>
      </w:r>
    </w:p>
    <w:p>
      <w:r>
        <w:rPr>
          <w:b w:val="0"/>
          <w:sz w:val="20"/>
        </w:rPr>
        <w:t>- Amendments: Any amendment must be in writing and signed by both parties.</w:t>
      </w:r>
    </w:p>
    <w:p>
      <w:r>
        <w:rPr>
          <w:b w:val="0"/>
          <w:sz w:val="20"/>
        </w:rPr>
        <w:t>- Severability: If any provision is found invalid or unenforceable, the remainder shall remain in full force and effect.</w:t>
      </w:r>
    </w:p>
    <w:p>
      <w:r>
        <w:rPr>
          <w:b w:val="0"/>
          <w:sz w:val="20"/>
        </w:rPr>
        <w:t>- Waiver: Failure to enforce any provision shall not constitute waiver of that provision or any other.</w:t>
      </w:r>
    </w:p>
    <w:p>
      <w:r>
        <w:rPr>
          <w:b w:val="0"/>
          <w:sz w:val="20"/>
        </w:rPr>
        <w:t>- Assignment: The Director may not assign or delegate any obligations without the Producer’s prior written consent.</w:t>
      </w:r>
    </w:p>
    <w:p/>
    <w:p>
      <w:r>
        <w:rPr>
          <w:b/>
          <w:sz w:val="20"/>
        </w:rPr>
        <w:t>15. Notices</w:t>
      </w:r>
    </w:p>
    <w:p>
      <w:r>
        <w:rPr>
          <w:b w:val="0"/>
          <w:sz w:val="20"/>
        </w:rPr>
        <w:t>All notices under this Agreement shall be in writing and delivered by personal delivery, certified mail, or email (with confirmation), to the addresses specified above or such other address as either party may designate.</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PRODUCER</w:t>
            </w:r>
          </w:p>
        </w:tc>
        <w:tc>
          <w:tcPr>
            <w:tcW w:type="dxa" w:w="4986"/>
            <w:tcBorders>
              <w:top w:val="nil"/>
              <w:left w:val="nil"/>
              <w:bottom w:val="nil"/>
              <w:right w:val="nil"/>
              <w:insideH w:val="nil"/>
              <w:insideV w:val="nil"/>
            </w:tcBorders>
          </w:tcPr>
          <w:p>
            <w:pPr>
              <w:jc w:val="center"/>
            </w:pPr>
            <w:r>
              <w:t>DIRECTOR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https://agreementdocs-us.com/film-production-agreement/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film-production-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