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LANCE AGREEMENT</w:t>
      </w:r>
    </w:p>
    <w:p/>
    <w:p>
      <w:r>
        <w:rPr>
          <w:b/>
          <w:sz w:val="20"/>
        </w:rPr>
        <w:t>This Lance Agreement (the “Agreement”) is entered into by and between the parties as follows:</w:t>
      </w:r>
    </w:p>
    <w:p/>
    <w:p>
      <w:r>
        <w:rPr>
          <w:b/>
          <w:sz w:val="20"/>
        </w:rPr>
        <w:t>Lancer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Lancer desires to provide certain services and/or benefits to the Recipient as described herein;</w:t>
      </w:r>
    </w:p>
    <w:p>
      <w:r>
        <w:rPr>
          <w:b w:val="0"/>
          <w:sz w:val="20"/>
        </w:rPr>
        <w:t>WHEREAS, the Recipient desires to receive such services and/or benefits under the terms and conditions set forth in this Agreement;</w:t>
      </w:r>
    </w:p>
    <w:p>
      <w:r>
        <w:rPr>
          <w:b w:val="0"/>
          <w:sz w:val="20"/>
        </w:rPr>
        <w:t>NOW, THEREFORE, in consideration of the mutual promises contained herein, the parties agree as follows:</w:t>
      </w:r>
    </w:p>
    <w:p/>
    <w:p>
      <w:r>
        <w:rPr>
          <w:b/>
          <w:sz w:val="20"/>
        </w:rPr>
        <w:t>1. Description of Services</w:t>
      </w:r>
    </w:p>
    <w:p>
      <w:r>
        <w:rPr>
          <w:b w:val="0"/>
          <w:sz w:val="20"/>
        </w:rPr>
        <w:t>The Lancer agrees to perform the following services for the Recipient:</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Any modification or extension to the services shall be agreed upon in writing by both parties.</w:t>
      </w:r>
    </w:p>
    <w:p/>
    <w:p>
      <w:r>
        <w:rPr>
          <w:b/>
          <w:sz w:val="20"/>
        </w:rPr>
        <w:t>2. Term</w:t>
      </w:r>
    </w:p>
    <w:p>
      <w:r>
        <w:rPr>
          <w:b w:val="0"/>
          <w:sz w:val="20"/>
        </w:rPr>
        <w:t>This Agreement shall commence upon execution and shall continue until the services are completed or terminated by either party pursuant to Section 8 herein.</w:t>
      </w:r>
    </w:p>
    <w:p/>
    <w:p>
      <w:r>
        <w:rPr>
          <w:b/>
          <w:sz w:val="20"/>
        </w:rPr>
        <w:t>3. Compensation</w:t>
      </w:r>
    </w:p>
    <w:p>
      <w:r>
        <w:rPr>
          <w:b w:val="0"/>
          <w:sz w:val="20"/>
        </w:rPr>
        <w:t>The Recipient shall pay the Lancer as follows:</w:t>
      </w:r>
    </w:p>
    <w:p>
      <w:r>
        <w:rPr>
          <w:b w:val="0"/>
          <w:sz w:val="20"/>
        </w:rPr>
        <w:t>Amount: $____________________</w:t>
      </w:r>
    </w:p>
    <w:p>
      <w:r>
        <w:rPr>
          <w:b w:val="0"/>
          <w:sz w:val="20"/>
        </w:rPr>
        <w:t>Payment Method: _________________________________________________</w:t>
      </w:r>
    </w:p>
    <w:p>
      <w:r>
        <w:rPr>
          <w:b w:val="0"/>
          <w:sz w:val="20"/>
        </w:rPr>
        <w:t>Payment Schedule: ________________________________________________</w:t>
      </w:r>
    </w:p>
    <w:p/>
    <w:p>
      <w:r>
        <w:rPr>
          <w:b/>
          <w:sz w:val="20"/>
        </w:rPr>
        <w:t>4. Responsibilities of the Lancer</w:t>
      </w:r>
    </w:p>
    <w:p>
      <w:r>
        <w:rPr>
          <w:b w:val="0"/>
          <w:sz w:val="20"/>
        </w:rPr>
        <w:t>The Lancer shall perform the services with reasonable skill, care, and diligence, in accordance with industry standards and applicable laws.</w:t>
      </w:r>
    </w:p>
    <w:p>
      <w:r>
        <w:rPr>
          <w:b w:val="0"/>
          <w:sz w:val="20"/>
        </w:rPr>
        <w:t>The Lancer shall comply with all applicable federal, state, and local laws and regulations in the performance of services.</w:t>
      </w:r>
    </w:p>
    <w:p/>
    <w:p>
      <w:r>
        <w:rPr>
          <w:b/>
          <w:sz w:val="20"/>
        </w:rPr>
        <w:t>5. Responsibilities of the Recipient</w:t>
      </w:r>
    </w:p>
    <w:p>
      <w:r>
        <w:rPr>
          <w:b w:val="0"/>
          <w:sz w:val="20"/>
        </w:rPr>
        <w:t>The Recipient agrees to provide the Lancer with all necessary access, information, and cooperation required for the performance of services.</w:t>
      </w:r>
    </w:p>
    <w:p>
      <w:r>
        <w:rPr>
          <w:b w:val="0"/>
          <w:sz w:val="20"/>
        </w:rPr>
        <w:t>The Recipient shall timely make payments as outlined in Section 3.</w:t>
      </w:r>
    </w:p>
    <w:p/>
    <w:p>
      <w:r>
        <w:rPr>
          <w:b/>
          <w:sz w:val="20"/>
        </w:rPr>
        <w:t>6. Confidentiality</w:t>
      </w:r>
    </w:p>
    <w:p>
      <w:r>
        <w:rPr>
          <w:b w:val="0"/>
          <w:sz w:val="20"/>
        </w:rPr>
        <w:t>Each party agrees to keep confidential and not disclose any proprietary or confidential information received from the other party during the term of this Agreement and for a period of five (5) years thereafter, except as required by law or with prior written consent.</w:t>
      </w:r>
    </w:p>
    <w:p/>
    <w:p>
      <w:r>
        <w:rPr>
          <w:b/>
          <w:sz w:val="20"/>
        </w:rPr>
        <w:t>7. Intellectual Property</w:t>
      </w:r>
    </w:p>
    <w:p>
      <w:r>
        <w:rPr>
          <w:b w:val="0"/>
          <w:sz w:val="20"/>
        </w:rPr>
        <w:t>All intellectual property created by the Lancer in the course of performing the services shall be the exclusive property of the Lancer, unless otherwise agreed in writing.</w:t>
      </w:r>
    </w:p>
    <w:p>
      <w:r>
        <w:rPr>
          <w:b w:val="0"/>
          <w:sz w:val="20"/>
        </w:rPr>
        <w:t>The Recipient shall not use any intellectual property of the Lancer without prior written authorization.</w:t>
      </w:r>
    </w:p>
    <w:p/>
    <w:p>
      <w:r>
        <w:rPr>
          <w:b/>
          <w:sz w:val="20"/>
        </w:rPr>
        <w:t>8. Termination</w:t>
      </w:r>
    </w:p>
    <w:p>
      <w:r>
        <w:rPr>
          <w:b w:val="0"/>
          <w:sz w:val="20"/>
        </w:rPr>
        <w:t>Either party may terminate this Agreement upon written notice to the other party if the other party breaches any material term of this Agreement and fails to cure such breach within fifteen (15) days after receiving written notice thereof.</w:t>
      </w:r>
    </w:p>
    <w:p>
      <w:r>
        <w:rPr>
          <w:b w:val="0"/>
          <w:sz w:val="20"/>
        </w:rPr>
        <w:t>Upon termination, the Recipient shall pay the Lancer for all services performed up to the date of termination.</w:t>
      </w:r>
    </w:p>
    <w:p/>
    <w:p>
      <w:r>
        <w:rPr>
          <w:b/>
          <w:sz w:val="20"/>
        </w:rPr>
        <w:t>9. Indemnification</w:t>
      </w:r>
    </w:p>
    <w:p>
      <w:r>
        <w:rPr>
          <w:b w:val="0"/>
          <w:sz w:val="20"/>
        </w:rPr>
        <w:t>Each party agrees to indemnify, defend, and hold harmless the other party, its affiliates, officers, agents, and employees from and against any and all claims, damages, liabilities, costs, and expenses arising out of or relating to any breach of this Agreement or negligence, willful misconduct, or violation of law by the indemnifying party.</w:t>
      </w:r>
    </w:p>
    <w:p/>
    <w:p>
      <w:r>
        <w:rPr>
          <w:b/>
          <w:sz w:val="20"/>
        </w:rPr>
        <w:t>10. Limitation of Liability</w:t>
      </w:r>
    </w:p>
    <w:p>
      <w:r>
        <w:rPr>
          <w:b w:val="0"/>
          <w:sz w:val="20"/>
        </w:rPr>
        <w:t>In no event shall either party be liable to the other for any indirect, incidental, consequential, special, or punitive damages arising out of or related to this Agreement, even if advised of the possibility thereof.</w:t>
      </w:r>
    </w:p>
    <w:p>
      <w:r>
        <w:rPr>
          <w:b w:val="0"/>
          <w:sz w:val="20"/>
        </w:rPr>
        <w:t>The total liability of either party under this Agreement shall not exceed the total compensation paid by the Recipient to the Lancer hereunder.</w:t>
      </w:r>
    </w:p>
    <w:p/>
    <w:p>
      <w:r>
        <w:rPr>
          <w:b/>
          <w:sz w:val="20"/>
        </w:rPr>
        <w:t>11. Governing Law and Jurisdiction</w:t>
      </w:r>
    </w:p>
    <w:p>
      <w:r>
        <w:rPr>
          <w:b w:val="0"/>
          <w:sz w:val="20"/>
        </w:rPr>
        <w:t>This Agreement shall be governed by and construed in accordance with the laws of the State of ____________________, without regard to its conflict of law principles.</w:t>
      </w:r>
    </w:p>
    <w:p>
      <w:r>
        <w:rPr>
          <w:b w:val="0"/>
          <w:sz w:val="20"/>
        </w:rPr>
        <w:t>Any disputes arising out of or in connection with this Agreement shall be submitted to the exclusive jurisdiction of the state and federal courts located within ____________________, and the parties hereby consent to such jurisdiction and venue.</w:t>
      </w:r>
    </w:p>
    <w:p/>
    <w:p>
      <w:r>
        <w:rPr>
          <w:b/>
          <w:sz w:val="20"/>
        </w:rPr>
        <w:t>12. Entire Agreement</w:t>
      </w:r>
    </w:p>
    <w:p>
      <w:r>
        <w:rPr>
          <w:b w:val="0"/>
          <w:sz w:val="20"/>
        </w:rPr>
        <w:t>This Agreement constitutes the entire agreement between the parties with respect to the subject matter hereof and supersedes all prior and contemporaneous understandings, agreements, representations, and warranties, both written and oral.</w:t>
      </w:r>
    </w:p>
    <w:p/>
    <w:p>
      <w:r>
        <w:rPr>
          <w:b/>
          <w:sz w:val="20"/>
        </w:rPr>
        <w:t>13. Amendments</w:t>
      </w:r>
    </w:p>
    <w:p>
      <w:r>
        <w:rPr>
          <w:b w:val="0"/>
          <w:sz w:val="20"/>
        </w:rPr>
        <w:t>No amendment or modification of this Agreement shall be valid or binding unless in writing and signed by both parties.</w:t>
      </w:r>
    </w:p>
    <w:p/>
    <w:p>
      <w:r>
        <w:rPr>
          <w:b/>
          <w:sz w:val="20"/>
        </w:rPr>
        <w:t>14. Waiver</w:t>
      </w:r>
    </w:p>
    <w:p>
      <w:r>
        <w:rPr>
          <w:b w:val="0"/>
          <w:sz w:val="20"/>
        </w:rPr>
        <w:t>The failure of either party to enforce any right or provision of this Agreement shall not constitute a waiver of such right or provision.</w:t>
      </w:r>
    </w:p>
    <w:p/>
    <w:p>
      <w:r>
        <w:rPr>
          <w:b/>
          <w:sz w:val="20"/>
        </w:rPr>
        <w:t>15. Severability</w:t>
      </w:r>
    </w:p>
    <w:p>
      <w:r>
        <w:rPr>
          <w:b w:val="0"/>
          <w:sz w:val="20"/>
        </w:rPr>
        <w:t>If any provision of this Agreement is held to be invalid, illegal or unenforceable, the remaining provisions shall continue in full force and effect.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LANCER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https://agreementdocs-us.com/lance-agreement/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lanc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