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TRUCK LEASE AGREEMENT</w:t>
      </w:r>
    </w:p>
    <w:p/>
    <w:p>
      <w:r>
        <w:rPr>
          <w:b/>
          <w:sz w:val="20"/>
        </w:rPr>
        <w:t>This Truck Lease Agreement (the "Agreement") is made and entered into by and between the following parties:</w:t>
      </w:r>
    </w:p>
    <w:p/>
    <w:p>
      <w:r>
        <w:rPr>
          <w:b/>
          <w:sz w:val="20"/>
        </w:rPr>
        <w:t>Lessor Information:</w:t>
      </w:r>
    </w:p>
    <w:p>
      <w:r>
        <w:rPr>
          <w:b w:val="0"/>
          <w:sz w:val="20"/>
        </w:rPr>
        <w:t>Legal Name: ____________________________________________________________</w:t>
      </w:r>
    </w:p>
    <w:p>
      <w:r>
        <w:rPr>
          <w:b w:val="0"/>
          <w:sz w:val="20"/>
        </w:rPr>
        <w:t>Business Address: 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Lessee Information:</w:t>
      </w:r>
    </w:p>
    <w:p>
      <w:r>
        <w:rPr>
          <w:b w:val="0"/>
          <w:sz w:val="20"/>
        </w:rPr>
        <w:t>Legal Name: ____________________________________________________________</w:t>
      </w:r>
    </w:p>
    <w:p>
      <w:r>
        <w:rPr>
          <w:b w:val="0"/>
          <w:sz w:val="20"/>
        </w:rPr>
        <w:t>Business Address: 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Vehicle Description:</w:t>
      </w:r>
    </w:p>
    <w:p>
      <w:r>
        <w:rPr>
          <w:b w:val="0"/>
          <w:sz w:val="20"/>
        </w:rPr>
        <w:t>Make/Model: ____________________________________________________________</w:t>
      </w:r>
    </w:p>
    <w:p>
      <w:r>
        <w:rPr>
          <w:b w:val="0"/>
          <w:sz w:val="20"/>
        </w:rPr>
        <w:t>Year: _________________________________________________________________</w:t>
      </w:r>
    </w:p>
    <w:p>
      <w:r>
        <w:rPr>
          <w:b w:val="0"/>
          <w:sz w:val="20"/>
        </w:rPr>
        <w:t>VIN (Vehicle Identification Number): ____________________________________</w:t>
      </w:r>
    </w:p>
    <w:p>
      <w:r>
        <w:rPr>
          <w:b w:val="0"/>
          <w:sz w:val="20"/>
        </w:rPr>
        <w:t>License Plate Number: _________________________________________________</w:t>
      </w:r>
    </w:p>
    <w:p>
      <w:r>
        <w:rPr>
          <w:b w:val="0"/>
          <w:sz w:val="20"/>
        </w:rPr>
        <w:t>Odometer Reading at Lease Commencement: ________________________________</w:t>
      </w:r>
    </w:p>
    <w:p/>
    <w:p>
      <w:r>
        <w:rPr>
          <w:b/>
          <w:sz w:val="20"/>
        </w:rPr>
        <w:t>Lease Term and Possession:</w:t>
      </w:r>
    </w:p>
    <w:p>
      <w:r>
        <w:rPr>
          <w:b w:val="0"/>
          <w:sz w:val="20"/>
        </w:rPr>
        <w:t>The Lease shall commence upon delivery of the Vehicle to the Lessee and shall continue for a period of ____________________ (months/years), unless terminated earlier in accordance with this Agreement. The Lessee shall take possession of the Vehicle at: ___________________________________________________.</w:t>
      </w:r>
    </w:p>
    <w:p/>
    <w:p>
      <w:r>
        <w:rPr>
          <w:b/>
          <w:sz w:val="20"/>
        </w:rPr>
        <w:t>Lease Payments:</w:t>
      </w:r>
    </w:p>
    <w:p>
      <w:r>
        <w:rPr>
          <w:b w:val="0"/>
          <w:sz w:val="20"/>
        </w:rPr>
        <w:t>Lessee agrees to pay Lessor the sum of $______________ per ____________________ (week/month) payable in advance on the first day of each payment period at the address specified by Lessor.</w:t>
      </w:r>
    </w:p>
    <w:p>
      <w:r>
        <w:rPr>
          <w:b w:val="0"/>
          <w:sz w:val="20"/>
        </w:rPr>
        <w:t>Payments not received within ______ days of due date shall be subject to a late fee of $______________.</w:t>
      </w:r>
    </w:p>
    <w:p/>
    <w:p>
      <w:r>
        <w:rPr>
          <w:b/>
          <w:sz w:val="20"/>
        </w:rPr>
        <w:t>Security Deposit:</w:t>
      </w:r>
    </w:p>
    <w:p>
      <w:r>
        <w:rPr>
          <w:b w:val="0"/>
          <w:sz w:val="20"/>
        </w:rPr>
        <w:t>Lessee shall pay a security deposit of $______________ upon execution of this Agreement. The security deposit shall be held by Lessor and may be applied toward any damages, unpaid lease payments, or other charges upon termination of this Agreement. The remainder, if any, shall be returned to Lessee within ______ days after the end of the Lease Term.</w:t>
      </w:r>
    </w:p>
    <w:p/>
    <w:p>
      <w:r>
        <w:rPr>
          <w:b/>
          <w:sz w:val="20"/>
        </w:rPr>
        <w:t>Use of Vehicle:</w:t>
      </w:r>
    </w:p>
    <w:p>
      <w:r>
        <w:rPr>
          <w:b w:val="0"/>
          <w:sz w:val="20"/>
        </w:rPr>
        <w:t>Lessee shall use the Vehicle only for lawful business purposes consistent with the trucking industry standards and shall comply with all federal, state, and local laws, rules, and regulations applicable to the operation of the Vehicle. Lessee shall not permit any unauthorized driver or person to operate the Vehicle.</w:t>
      </w:r>
    </w:p>
    <w:p/>
    <w:p>
      <w:r>
        <w:rPr>
          <w:b/>
          <w:sz w:val="20"/>
        </w:rPr>
        <w:t>Maintenance and Repairs:</w:t>
      </w:r>
    </w:p>
    <w:p>
      <w:r>
        <w:rPr>
          <w:b w:val="0"/>
          <w:sz w:val="20"/>
        </w:rPr>
        <w:t>Lessee shall, at its sole cost and expense, maintain the Vehicle in good operating condition, including routine maintenance, inspections, and repairs necessary to keep the Vehicle in safe and lawful operating condition. Lessee shall promptly notify Lessor of any damage or needed repairs.</w:t>
      </w:r>
    </w:p>
    <w:p/>
    <w:p>
      <w:r>
        <w:rPr>
          <w:b/>
          <w:sz w:val="20"/>
        </w:rPr>
        <w:t>Insurance:</w:t>
      </w:r>
    </w:p>
    <w:p>
      <w:r>
        <w:rPr>
          <w:b w:val="0"/>
          <w:sz w:val="20"/>
        </w:rPr>
        <w:t>Lessee shall maintain comprehensive insurance coverage on the Vehicle, including liability, collision, and comprehensive coverage, with limits satisfactory to Lessor and naming Lessor as an additional insured and loss payee. Lessee shall provide proof of insurance to Lessor prior to taking possession and upon each renewal of the policy.</w:t>
      </w:r>
    </w:p>
    <w:p/>
    <w:p>
      <w:r>
        <w:rPr>
          <w:b/>
          <w:sz w:val="20"/>
        </w:rPr>
        <w:t>Indemnification:</w:t>
      </w:r>
    </w:p>
    <w:p>
      <w:r>
        <w:rPr>
          <w:b w:val="0"/>
          <w:sz w:val="20"/>
        </w:rPr>
        <w:t>Lessee shall indemnify, defend, and hold harmless Lessor, its agents, officers, and employees from and against any and all claims, losses, damages, liabilities, costs, and expenses (including attorney’s fees) arising out of or related to Lessee’s use, operation, or possession of the Vehicle, except to the extent caused by Lessor’s gross negligence or willful misconduct.</w:t>
      </w:r>
    </w:p>
    <w:p/>
    <w:p>
      <w:r>
        <w:rPr>
          <w:b/>
          <w:sz w:val="20"/>
        </w:rPr>
        <w:t>Title and Ownership:</w:t>
      </w:r>
    </w:p>
    <w:p>
      <w:r>
        <w:rPr>
          <w:b w:val="0"/>
          <w:sz w:val="20"/>
        </w:rPr>
        <w:t>Lessor retains all right, title, and interest in and to the Vehicle. The Lessee shall have no ownership rights and shall not encumber, sell, or transfer the Vehicle or any interest therein. The Vehicle shall be returned to Lessor at the end of the Lease Term in the same condition as received, reasonable wear and tear excepted.</w:t>
      </w:r>
    </w:p>
    <w:p/>
    <w:p>
      <w:r>
        <w:rPr>
          <w:b/>
          <w:sz w:val="20"/>
        </w:rPr>
        <w:t>Default and Remedies:</w:t>
      </w:r>
    </w:p>
    <w:p>
      <w:r>
        <w:rPr>
          <w:b w:val="0"/>
          <w:sz w:val="20"/>
        </w:rPr>
        <w:t>In the event Lessee fails to make any payment when due or otherwise breaches any term of this Agreement, Lessor shall have the right to terminate this Agreement upon written notice and take possession of the Vehicle without legal process where permitted by law. Lessee shall be responsible for all costs of collection, including attorney’s fees.</w:t>
      </w:r>
    </w:p>
    <w:p/>
    <w:p>
      <w:r>
        <w:rPr>
          <w:b/>
          <w:sz w:val="20"/>
        </w:rPr>
        <w:t>Return of Vehicle:</w:t>
      </w:r>
    </w:p>
    <w:p>
      <w:r>
        <w:rPr>
          <w:b w:val="0"/>
          <w:sz w:val="20"/>
        </w:rPr>
        <w:t>Upon expiration or termination of this Agreement, Lessee shall immediately return the Vehicle to Lessor at the location specified by Lessor. Failure to return the Vehicle promptly shall constitute a default, entitling Lessor to all available remedies.</w:t>
      </w:r>
    </w:p>
    <w:p/>
    <w:p>
      <w:r>
        <w:rPr>
          <w:b/>
          <w:sz w:val="20"/>
        </w:rPr>
        <w:t>Assignment and Subleasing:</w:t>
      </w:r>
    </w:p>
    <w:p>
      <w:r>
        <w:rPr>
          <w:b w:val="0"/>
          <w:sz w:val="20"/>
        </w:rPr>
        <w:t>Lessee shall not assign, sublease, or transfer any interest in this Agreement or the Vehicle without Lessor’s prior written consent.</w:t>
      </w:r>
    </w:p>
    <w:p/>
    <w:p>
      <w:r>
        <w:rPr>
          <w:b/>
          <w:sz w:val="20"/>
        </w:rPr>
        <w:t>Governing Law and Jurisdiction:</w:t>
      </w:r>
    </w:p>
    <w:p>
      <w:r>
        <w:rPr>
          <w:b w:val="0"/>
          <w:sz w:val="20"/>
        </w:rPr>
        <w:t>This Agreement shall be governed by and construed in accordance with the laws of the State of ________________. Any disputes arising under or related to this Agreement shall be resolved exclusively in the state or federal courts located in ________________ County, State of ________________.</w:t>
      </w:r>
    </w:p>
    <w:p/>
    <w:p>
      <w:r>
        <w:rPr>
          <w:b/>
          <w:sz w:val="20"/>
        </w:rPr>
        <w:t>Notices:</w:t>
      </w:r>
    </w:p>
    <w:p>
      <w:r>
        <w:rPr>
          <w:b w:val="0"/>
          <w:sz w:val="20"/>
        </w:rPr>
        <w:t>All notices, demands, or other communications required or permitted under this Agreement shall be in writing and delivered personally, by certified mail return receipt requested, or by a nationally recognized overnight courier service to the addresses specified above or such other address as either party may designate in writing.</w:t>
      </w:r>
    </w:p>
    <w:p/>
    <w:p>
      <w:r>
        <w:rPr>
          <w:b/>
          <w:sz w:val="20"/>
        </w:rPr>
        <w:t>Entire Agreement:</w:t>
      </w:r>
    </w:p>
    <w:p>
      <w:r>
        <w:rPr>
          <w:b w:val="0"/>
          <w:sz w:val="20"/>
        </w:rPr>
        <w:t>This Agreement constitutes the entire agreement between the parties with respect to the subject matter hereof and supersedes all prior and contemporaneous agreements, representations, and understandings, whether oral or written.</w:t>
      </w:r>
    </w:p>
    <w:p/>
    <w:p>
      <w:r>
        <w:rPr>
          <w:b/>
          <w:sz w:val="20"/>
        </w:rPr>
        <w:t>Amendments:</w:t>
      </w:r>
    </w:p>
    <w:p>
      <w:r>
        <w:rPr>
          <w:b w:val="0"/>
          <w:sz w:val="20"/>
        </w:rPr>
        <w:t>Any amendment or modification to this Agreement must be in writing and signed by both parties to be effective.</w:t>
      </w:r>
    </w:p>
    <w:p/>
    <w:p>
      <w:r>
        <w:rPr>
          <w:b/>
          <w:sz w:val="20"/>
        </w:rPr>
        <w:t>Severability:</w:t>
      </w:r>
    </w:p>
    <w:p>
      <w:r>
        <w:rPr>
          <w:b w:val="0"/>
          <w:sz w:val="20"/>
        </w:rPr>
        <w:t>If any provision of this Agreement is held invalid or unenforceable, the remaining provisions shall continue in full force and effect.</w:t>
      </w:r>
    </w:p>
    <w:p/>
    <w:p>
      <w:r>
        <w:rPr>
          <w:b/>
          <w:sz w:val="20"/>
        </w:rPr>
        <w:t>Waiver:</w:t>
      </w:r>
    </w:p>
    <w:p>
      <w:r>
        <w:rPr>
          <w:b w:val="0"/>
          <w:sz w:val="20"/>
        </w:rPr>
        <w:t>The failure of either party to enforce any provision of this Agreement shall not constitute a waiver of future enforcement of that or any other provision.</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LESSOR</w:t>
            </w:r>
          </w:p>
        </w:tc>
        <w:tc>
          <w:tcPr>
            <w:tcW w:type="dxa" w:w="4986"/>
            <w:tcBorders>
              <w:top w:val="nil"/>
              <w:left w:val="nil"/>
              <w:bottom w:val="nil"/>
              <w:right w:val="nil"/>
              <w:insideH w:val="nil"/>
              <w:insideV w:val="nil"/>
            </w:tcBorders>
          </w:tcPr>
          <w:p>
            <w:pPr>
              <w:jc w:val="center"/>
            </w:pPr>
            <w:r>
              <w:t>LESSEE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________________________________</w:t>
            </w:r>
          </w:p>
        </w:tc>
        <w:tc>
          <w:tcPr>
            <w:tcW w:type="dxa" w:w="4986"/>
            <w:tcBorders>
              <w:top w:val="nil"/>
              <w:left w:val="nil"/>
              <w:bottom w:val="nil"/>
              <w:right w:val="nil"/>
              <w:insideH w:val="nil"/>
              <w:insideV w:val="nil"/>
            </w:tcBorders>
          </w:tcPr>
          <w:p>
            <w:pPr>
              <w:jc w:val="center"/>
            </w:pPr>
            <w:r>
              <w:t>Name and 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https://agreementdocs-us.com/lease-agreement-for-trucking/</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lease-agreement-for-trucking/"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