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MONTHLY PAYMENT AGREEMENT</w:t>
      </w:r>
    </w:p>
    <w:p/>
    <w:p>
      <w:r>
        <w:rPr>
          <w:b/>
          <w:sz w:val="20"/>
        </w:rPr>
        <w:t>This Monthly Payment Agreement ("Agreement") is entered into by and between the following parties:</w:t>
      </w:r>
    </w:p>
    <w:p/>
    <w:p>
      <w:r>
        <w:rPr>
          <w:b/>
          <w:sz w:val="20"/>
        </w:rPr>
        <w:t>Payor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Payee Information:</w:t>
      </w:r>
    </w:p>
    <w:p>
      <w:r>
        <w:rPr>
          <w:b w:val="0"/>
          <w:sz w:val="20"/>
        </w:rPr>
        <w:t>Full Name / Business Name: 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RECITALS</w:t>
      </w:r>
    </w:p>
    <w:p>
      <w:r>
        <w:rPr>
          <w:b w:val="0"/>
          <w:sz w:val="20"/>
        </w:rPr>
        <w:t>WHEREAS, the Payor owes or will owe the Payee a sum of money as detailed herein; and</w:t>
      </w:r>
    </w:p>
    <w:p>
      <w:r>
        <w:rPr>
          <w:b w:val="0"/>
          <w:sz w:val="20"/>
        </w:rPr>
        <w:t>WHEREAS, the parties desire to establish a payment plan under the terms and conditions set forth in this Agreement.</w:t>
      </w:r>
    </w:p>
    <w:p/>
    <w:p>
      <w:r>
        <w:rPr>
          <w:b/>
          <w:sz w:val="20"/>
        </w:rPr>
        <w:t>1. PAYMENT TERMS</w:t>
      </w:r>
    </w:p>
    <w:p>
      <w:r>
        <w:rPr>
          <w:b w:val="0"/>
          <w:sz w:val="20"/>
        </w:rPr>
        <w:t>1.1 Amount Owed: The Payor acknowledges owing to the Payee the principal sum of $__________________ (the "Principal Amount").</w:t>
      </w:r>
    </w:p>
    <w:p>
      <w:r>
        <w:rPr>
          <w:b w:val="0"/>
          <w:sz w:val="20"/>
        </w:rPr>
        <w:t>1.2 Payment Schedule: The Payor agrees to pay the Payee the Principal Amount in monthly installments of $__________________ each.</w:t>
      </w:r>
    </w:p>
    <w:p>
      <w:r>
        <w:rPr>
          <w:b w:val="0"/>
          <w:sz w:val="20"/>
        </w:rPr>
        <w:t>1.3 Payment Due Date: Each monthly payment shall be due on or before the _______ day of each month.</w:t>
      </w:r>
    </w:p>
    <w:p>
      <w:r>
        <w:rPr>
          <w:b w:val="0"/>
          <w:sz w:val="20"/>
        </w:rPr>
        <w:t>1.4 Payment Method: Payments shall be made via _______________________________________________.</w:t>
      </w:r>
    </w:p>
    <w:p/>
    <w:p>
      <w:r>
        <w:rPr>
          <w:b/>
          <w:sz w:val="20"/>
        </w:rPr>
        <w:t>2. TERM AND DURATION</w:t>
      </w:r>
    </w:p>
    <w:p>
      <w:r>
        <w:rPr>
          <w:b w:val="0"/>
          <w:sz w:val="20"/>
        </w:rPr>
        <w:t>This Agreement shall commence upon execution by both parties and shall continue until the Principal Amount, including any accrued interest or fees, has been paid in full, unless terminated earlier in accordance with this Agreement.</w:t>
      </w:r>
    </w:p>
    <w:p/>
    <w:p>
      <w:r>
        <w:rPr>
          <w:b/>
          <w:sz w:val="20"/>
        </w:rPr>
        <w:t>3. INTEREST AND LATE FEES</w:t>
      </w:r>
    </w:p>
    <w:p>
      <w:r>
        <w:rPr>
          <w:b w:val="0"/>
          <w:sz w:val="20"/>
        </w:rPr>
        <w:t>3.1 Interest Rate: If applicable, the unpaid principal balance shall accrue interest at an annual rate of ________%, calculated monthly (or as otherwise agreed).</w:t>
      </w:r>
    </w:p>
    <w:p>
      <w:r>
        <w:rPr>
          <w:b w:val="0"/>
          <w:sz w:val="20"/>
        </w:rPr>
        <w:t>3.2 Late Fees: A late fee of $____________ (or ______% of the overdue amount) will be charged for any payment not received within _______ days after the due date.</w:t>
      </w:r>
    </w:p>
    <w:p/>
    <w:p>
      <w:r>
        <w:rPr>
          <w:b/>
          <w:sz w:val="20"/>
        </w:rPr>
        <w:t>4. PREPAYMENT</w:t>
      </w:r>
    </w:p>
    <w:p>
      <w:r>
        <w:rPr>
          <w:b w:val="0"/>
          <w:sz w:val="20"/>
        </w:rPr>
        <w:t>The Payor may prepay all or any portion of the Principal Amount at any time without penalty. Any prepayment shall be applied first to accrued interest and fees, then to principal.</w:t>
      </w:r>
    </w:p>
    <w:p/>
    <w:p>
      <w:r>
        <w:rPr>
          <w:b/>
          <w:sz w:val="20"/>
        </w:rPr>
        <w:t>5. DEFAULT AND REMEDIES</w:t>
      </w:r>
    </w:p>
    <w:p>
      <w:r>
        <w:rPr>
          <w:b w:val="0"/>
          <w:sz w:val="20"/>
        </w:rPr>
        <w:t>5.1 Default: The Payor shall be in default under this Agreement if any payment is not made within _______ days after its due date or if the Payor becomes insolvent or files for bankruptcy.</w:t>
      </w:r>
    </w:p>
    <w:p>
      <w:r>
        <w:rPr>
          <w:b w:val="0"/>
          <w:sz w:val="20"/>
        </w:rPr>
        <w:t>5.2 Remedies: Upon default, the Payee may declare the entire unpaid balance due and payable immediately and pursue all remedies available at law or equity, including collection and legal fees.</w:t>
      </w:r>
    </w:p>
    <w:p/>
    <w:p>
      <w:r>
        <w:rPr>
          <w:b/>
          <w:sz w:val="20"/>
        </w:rPr>
        <w:t>6. GOVERNING LAW AND JURISDICTION</w:t>
      </w:r>
    </w:p>
    <w:p>
      <w:r>
        <w:rPr>
          <w:b w:val="0"/>
          <w:sz w:val="20"/>
        </w:rPr>
        <w:t>This Agreement shall be governed by and construed in accordance with the laws of the state of ______________________, without regard to its conflict of laws principles.</w:t>
      </w:r>
    </w:p>
    <w:p>
      <w:r>
        <w:rPr>
          <w:b w:val="0"/>
          <w:sz w:val="20"/>
        </w:rPr>
        <w:t>The parties agree that any disputes arising under or related to this Agreement shall be subject to the exclusive jurisdiction of the state and federal courts located within ______________________.</w:t>
      </w:r>
    </w:p>
    <w:p/>
    <w:p>
      <w:r>
        <w:rPr>
          <w:b/>
          <w:sz w:val="20"/>
        </w:rPr>
        <w:t>7. ENTIRE AGREEMENT</w:t>
      </w:r>
    </w:p>
    <w:p>
      <w:r>
        <w:rPr>
          <w:b w:val="0"/>
          <w:sz w:val="20"/>
        </w:rPr>
        <w:t>This Agreement constitutes the entire agreement between the parties relating to the subject matter herein and supersedes all prior oral or written agreements, understandings, or representations.</w:t>
      </w:r>
    </w:p>
    <w:p/>
    <w:p>
      <w:r>
        <w:rPr>
          <w:b/>
          <w:sz w:val="20"/>
        </w:rPr>
        <w:t>8. AMENDMENTS</w:t>
      </w:r>
    </w:p>
    <w:p>
      <w:r>
        <w:rPr>
          <w:b w:val="0"/>
          <w:sz w:val="20"/>
        </w:rPr>
        <w:t>Any amendment or modification to this Agreement must be in writing and signed by both parties.</w:t>
      </w:r>
    </w:p>
    <w:p/>
    <w:p>
      <w:r>
        <w:rPr>
          <w:b/>
          <w:sz w:val="20"/>
        </w:rPr>
        <w:t>9. SEVERABILITY</w:t>
      </w:r>
    </w:p>
    <w:p>
      <w:r>
        <w:rPr>
          <w:b w:val="0"/>
          <w:sz w:val="20"/>
        </w:rPr>
        <w:t>If any provision of this Agreement is held to be invalid or unenforceable, such provision shall be severed or limited to the minimum extent necessary, and the remaining provisions shall remain in full force and effect.</w:t>
      </w:r>
    </w:p>
    <w:p/>
    <w:p>
      <w:r>
        <w:rPr>
          <w:b/>
          <w:sz w:val="20"/>
        </w:rPr>
        <w:t>10. WAIVER</w:t>
      </w:r>
    </w:p>
    <w:p>
      <w:r>
        <w:rPr>
          <w:b w:val="0"/>
          <w:sz w:val="20"/>
        </w:rPr>
        <w:t>Failure to enforce any provision of this Agreement shall not constitute a waiver of any rights to enforce such provision or any other provision in the future.</w:t>
      </w:r>
    </w:p>
    <w:p/>
    <w:p>
      <w:r>
        <w:rPr>
          <w:b/>
          <w:sz w:val="20"/>
        </w:rPr>
        <w:t>11. NOTICES</w:t>
      </w:r>
    </w:p>
    <w:p>
      <w:r>
        <w:rPr>
          <w:b w:val="0"/>
          <w:sz w:val="20"/>
        </w:rPr>
        <w:t>All notices under this Agreement shall be in writing and delivered personally, by certified mail (return receipt requested), or by a nationally recognized overnight courier service, to the addresses set forth above or to such other address as either party may designate by notice to the other.</w:t>
      </w:r>
    </w:p>
    <w:p/>
    <w:p>
      <w:r>
        <w:rPr>
          <w:b/>
          <w:sz w:val="20"/>
        </w:rPr>
        <w:t>IN WITNESS WHEREOF, the parties hereto have executed this Monthly Payment Agreement as of the date set forth below.</w:t>
      </w:r>
    </w:p>
    <w:p/>
    <w:p/>
    <w:p>
      <w:r>
        <w:rPr>
          <w:b w:val="0"/>
          <w:sz w:val="20"/>
        </w:rPr>
        <w:t>Place of Execution: ___________________________________________________</w:t>
      </w:r>
    </w:p>
    <w:p>
      <w:r>
        <w:rPr>
          <w:b w:val="0"/>
          <w:sz w:val="20"/>
        </w:rPr>
        <w:t>Date of Execution: 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PAYOR</w:t>
            </w:r>
          </w:p>
        </w:tc>
        <w:tc>
          <w:tcPr>
            <w:tcW w:type="dxa" w:w="4986"/>
            <w:tcBorders>
              <w:top w:val="nil"/>
              <w:left w:val="nil"/>
              <w:bottom w:val="nil"/>
              <w:right w:val="nil"/>
              <w:insideH w:val="nil"/>
              <w:insideV w:val="nil"/>
            </w:tcBorders>
          </w:tcPr>
          <w:p>
            <w:pPr>
              <w:jc w:val="center"/>
            </w:pPr>
            <w:r>
              <w:t>PAYEE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https://agreementdocs-us.com/monthly-payment-agreement/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monthly-payment-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