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MULTIPLE TENANT LEASE AGREEMENT</w:t>
      </w:r>
    </w:p>
    <w:p/>
    <w:p/>
    <w:p>
      <w:r>
        <w:rPr>
          <w:b w:val="0"/>
          <w:sz w:val="20"/>
        </w:rPr>
        <w:t>This Multiple Tenant Lease Agreement ("Agreement") is entered into by and between the following parties:</w:t>
      </w:r>
    </w:p>
    <w:p/>
    <w:p>
      <w:r>
        <w:rPr>
          <w:b/>
          <w:sz w:val="20"/>
        </w:rPr>
        <w:t>Landlord Information:</w:t>
      </w:r>
    </w:p>
    <w:p>
      <w:r>
        <w:rPr>
          <w:b w:val="0"/>
          <w:sz w:val="20"/>
        </w:rPr>
        <w:t>Full Name / Entity: ____________________________________________________________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________________________________________________________________________</w:t>
      </w:r>
    </w:p>
    <w:p>
      <w:r>
        <w:rPr>
          <w:b w:val="0"/>
          <w:sz w:val="20"/>
        </w:rPr>
        <w:t>Email: ________________________________________________________________________</w:t>
      </w:r>
    </w:p>
    <w:p/>
    <w:p>
      <w:r>
        <w:rPr>
          <w:b/>
          <w:sz w:val="20"/>
        </w:rPr>
        <w:t>Tenants Information:</w:t>
      </w:r>
    </w:p>
    <w:p>
      <w:r>
        <w:rPr>
          <w:b w:val="0"/>
          <w:sz w:val="20"/>
        </w:rPr>
        <w:t>The following tenants shall be jointly and severally liable under this Agreement:</w:t>
      </w:r>
    </w:p>
    <w:p/>
    <w:tbl>
      <w:tblPr>
        <w:tblW w:type="auto" w:w="0"/>
        <w:tblLayout w:type="autofit"/>
        <w:tblLook w:firstColumn="1" w:firstRow="1" w:lastColumn="0" w:lastRow="0" w:noHBand="0" w:noVBand="1" w:val="04A0"/>
      </w:tblPr>
      <w:tblGrid>
        <w:gridCol w:w="2493"/>
        <w:gridCol w:w="2493"/>
        <w:gridCol w:w="2493"/>
        <w:gridCol w:w="2493"/>
      </w:tblGrid>
      <w:tr>
        <w:tc>
          <w:tcPr>
            <w:tcW w:type="dxa" w:w="2493"/>
          </w:tcPr>
          <w:p>
            <w:r>
              <w:t>Tenant Full Name</w:t>
            </w:r>
          </w:p>
        </w:tc>
        <w:tc>
          <w:tcPr>
            <w:tcW w:type="dxa" w:w="2493"/>
          </w:tcPr>
          <w:p>
            <w:r>
              <w:t>Address</w:t>
            </w:r>
          </w:p>
        </w:tc>
        <w:tc>
          <w:tcPr>
            <w:tcW w:type="dxa" w:w="2493"/>
          </w:tcPr>
          <w:p>
            <w:r>
              <w:t>Phone</w:t>
            </w:r>
          </w:p>
        </w:tc>
        <w:tc>
          <w:tcPr>
            <w:tcW w:type="dxa" w:w="2493"/>
          </w:tcPr>
          <w:p>
            <w:r>
              <w:t>Email</w:t>
            </w:r>
          </w:p>
        </w:tc>
      </w:tr>
      <w:tr>
        <w:tc>
          <w:tcPr>
            <w:tcW w:type="dxa" w:w="2493"/>
          </w:tcPr>
          <w:p>
            <w:r>
              <w:t>________________________________________________</w:t>
            </w:r>
          </w:p>
        </w:tc>
        <w:tc>
          <w:tcPr>
            <w:tcW w:type="dxa" w:w="2493"/>
          </w:tcPr>
          <w:p>
            <w:r>
              <w:t>________________________________________________</w:t>
            </w:r>
          </w:p>
        </w:tc>
        <w:tc>
          <w:tcPr>
            <w:tcW w:type="dxa" w:w="2493"/>
          </w:tcPr>
          <w:p>
            <w:r>
              <w:t>____________________</w:t>
            </w:r>
          </w:p>
        </w:tc>
        <w:tc>
          <w:tcPr>
            <w:tcW w:type="dxa" w:w="2493"/>
          </w:tcPr>
          <w:p>
            <w:r>
              <w:t>____________________</w:t>
            </w:r>
          </w:p>
        </w:tc>
      </w:tr>
      <w:tr>
        <w:tc>
          <w:tcPr>
            <w:tcW w:type="dxa" w:w="2493"/>
          </w:tcPr>
          <w:p>
            <w:r>
              <w:t>________________________________________________</w:t>
            </w:r>
          </w:p>
        </w:tc>
        <w:tc>
          <w:tcPr>
            <w:tcW w:type="dxa" w:w="2493"/>
          </w:tcPr>
          <w:p>
            <w:r>
              <w:t>________________________________________________</w:t>
            </w:r>
          </w:p>
        </w:tc>
        <w:tc>
          <w:tcPr>
            <w:tcW w:type="dxa" w:w="2493"/>
          </w:tcPr>
          <w:p>
            <w:r>
              <w:t>____________________</w:t>
            </w:r>
          </w:p>
        </w:tc>
        <w:tc>
          <w:tcPr>
            <w:tcW w:type="dxa" w:w="2493"/>
          </w:tcPr>
          <w:p>
            <w:r>
              <w:t>____________________</w:t>
            </w:r>
          </w:p>
        </w:tc>
      </w:tr>
      <w:tr>
        <w:tc>
          <w:tcPr>
            <w:tcW w:type="dxa" w:w="2493"/>
          </w:tcPr>
          <w:p>
            <w:r>
              <w:t>________________________________________________</w:t>
            </w:r>
          </w:p>
        </w:tc>
        <w:tc>
          <w:tcPr>
            <w:tcW w:type="dxa" w:w="2493"/>
          </w:tcPr>
          <w:p>
            <w:r>
              <w:t>________________________________________________</w:t>
            </w:r>
          </w:p>
        </w:tc>
        <w:tc>
          <w:tcPr>
            <w:tcW w:type="dxa" w:w="2493"/>
          </w:tcPr>
          <w:p>
            <w:r>
              <w:t>____________________</w:t>
            </w:r>
          </w:p>
        </w:tc>
        <w:tc>
          <w:tcPr>
            <w:tcW w:type="dxa" w:w="2493"/>
          </w:tcPr>
          <w:p>
            <w:r>
              <w:t>____________________</w:t>
            </w:r>
          </w:p>
        </w:tc>
      </w:tr>
    </w:tbl>
    <w:p/>
    <w:p/>
    <w:p>
      <w:r>
        <w:rPr>
          <w:b/>
          <w:sz w:val="20"/>
        </w:rPr>
        <w:t>Leased Premises:</w:t>
      </w:r>
    </w:p>
    <w:p>
      <w:r>
        <w:rPr>
          <w:b w:val="0"/>
          <w:sz w:val="20"/>
        </w:rPr>
        <w:t>The Landlord hereby leases to the Tenants the following premises (the "Premises") located at:</w:t>
      </w:r>
    </w:p>
    <w:p>
      <w:r>
        <w:rPr>
          <w:b w:val="0"/>
          <w:sz w:val="20"/>
        </w:rPr>
        <w:t>Address: ______________________________________________________________________</w:t>
      </w:r>
    </w:p>
    <w:p>
      <w:r>
        <w:rPr>
          <w:b w:val="0"/>
          <w:sz w:val="20"/>
        </w:rPr>
        <w:t>Unit/Apartment Number(s): ______________________________________________________</w:t>
      </w:r>
    </w:p>
    <w:p>
      <w:r>
        <w:rPr>
          <w:b w:val="0"/>
          <w:sz w:val="20"/>
        </w:rPr>
        <w:t>Description: ___________________________________________________________________</w:t>
      </w:r>
    </w:p>
    <w:p/>
    <w:p>
      <w:r>
        <w:rPr>
          <w:b/>
          <w:sz w:val="20"/>
        </w:rPr>
        <w:t>Lease Term:</w:t>
      </w:r>
    </w:p>
    <w:p>
      <w:r>
        <w:rPr>
          <w:b w:val="0"/>
          <w:sz w:val="20"/>
        </w:rPr>
        <w:t>The term of this Lease shall commence on __________________ and shall continue on a month-to-month basis until terminated in accordance with this Agreement.</w:t>
      </w:r>
    </w:p>
    <w:p/>
    <w:p>
      <w:r>
        <w:rPr>
          <w:b/>
          <w:sz w:val="20"/>
        </w:rPr>
        <w:t>Rent:</w:t>
      </w:r>
    </w:p>
    <w:p>
      <w:r>
        <w:rPr>
          <w:b w:val="0"/>
          <w:sz w:val="20"/>
        </w:rPr>
        <w:t>The total monthly rent for the Premises shall be $____________, payable by the Tenants jointly and severally on or before the 1st day of each month.</w:t>
      </w:r>
    </w:p>
    <w:p>
      <w:r>
        <w:rPr>
          <w:b w:val="0"/>
          <w:sz w:val="20"/>
        </w:rPr>
        <w:t>Payment shall be made to the Landlord at the following address or by other means as agreed:</w:t>
      </w:r>
    </w:p>
    <w:p>
      <w:r>
        <w:rPr>
          <w:b w:val="0"/>
          <w:sz w:val="20"/>
        </w:rPr>
        <w:t>______________________________________________________________________________</w:t>
      </w:r>
    </w:p>
    <w:p/>
    <w:p>
      <w:r>
        <w:rPr>
          <w:b/>
          <w:sz w:val="20"/>
        </w:rPr>
        <w:t>Security Deposit:</w:t>
      </w:r>
    </w:p>
    <w:p>
      <w:r>
        <w:rPr>
          <w:b w:val="0"/>
          <w:sz w:val="20"/>
        </w:rPr>
        <w:t>Upon execution of this Agreement, Tenants shall pay a security deposit in the amount of $____________ to secure performance of Tenants’ obligations.</w:t>
      </w:r>
    </w:p>
    <w:p>
      <w:r>
        <w:rPr>
          <w:b w:val="0"/>
          <w:sz w:val="20"/>
        </w:rPr>
        <w:t>The security deposit shall be held by Landlord and returned to Tenants in accordance with applicable law, less any lawful deductions for damages or unpaid rent.</w:t>
      </w:r>
    </w:p>
    <w:p/>
    <w:p>
      <w:r>
        <w:rPr>
          <w:b/>
          <w:sz w:val="20"/>
        </w:rPr>
        <w:t>Utilities and Services:</w:t>
      </w:r>
    </w:p>
    <w:p>
      <w:r>
        <w:rPr>
          <w:b w:val="0"/>
          <w:sz w:val="20"/>
        </w:rPr>
        <w:t>Tenants shall be responsible for payment of the following utilities and services:</w:t>
      </w:r>
    </w:p>
    <w:p>
      <w:r>
        <w:rPr>
          <w:b w:val="0"/>
          <w:sz w:val="20"/>
        </w:rPr>
        <w:t>☐ Electricity</w:t>
      </w:r>
    </w:p>
    <w:p>
      <w:r>
        <w:rPr>
          <w:b w:val="0"/>
          <w:sz w:val="20"/>
        </w:rPr>
        <w:t>☐ Water</w:t>
      </w:r>
    </w:p>
    <w:p>
      <w:r>
        <w:rPr>
          <w:b w:val="0"/>
          <w:sz w:val="20"/>
        </w:rPr>
        <w:t>☐ Gas</w:t>
      </w:r>
    </w:p>
    <w:p>
      <w:r>
        <w:rPr>
          <w:b w:val="0"/>
          <w:sz w:val="20"/>
        </w:rPr>
        <w:t>☐ Sewer</w:t>
      </w:r>
    </w:p>
    <w:p>
      <w:r>
        <w:rPr>
          <w:b w:val="0"/>
          <w:sz w:val="20"/>
        </w:rPr>
        <w:t>☐ Trash removal</w:t>
      </w:r>
    </w:p>
    <w:p>
      <w:r>
        <w:rPr>
          <w:b w:val="0"/>
          <w:sz w:val="20"/>
        </w:rPr>
        <w:t>☐ Internet/Cable</w:t>
      </w:r>
    </w:p>
    <w:p>
      <w:r>
        <w:rPr>
          <w:b w:val="0"/>
          <w:sz w:val="20"/>
        </w:rPr>
        <w:t>☐ Other: _______________________________________________________________</w:t>
      </w:r>
    </w:p>
    <w:p/>
    <w:p>
      <w:r>
        <w:rPr>
          <w:b/>
          <w:sz w:val="20"/>
        </w:rPr>
        <w:t>Use of Premises:</w:t>
      </w:r>
    </w:p>
    <w:p>
      <w:r>
        <w:rPr>
          <w:b w:val="0"/>
          <w:sz w:val="20"/>
        </w:rPr>
        <w:t>The Premises shall be used solely for residential purposes by the Tenants listed herein and their immediate family.</w:t>
      </w:r>
    </w:p>
    <w:p>
      <w:r>
        <w:rPr>
          <w:b w:val="0"/>
          <w:sz w:val="20"/>
        </w:rPr>
        <w:t>No commercial use is permitted without prior written consent of the Landlord.</w:t>
      </w:r>
    </w:p>
    <w:p>
      <w:r>
        <w:rPr>
          <w:b w:val="0"/>
          <w:sz w:val="20"/>
        </w:rPr>
        <w:t>No illegal activity shall be conducted on the Premises.</w:t>
      </w:r>
    </w:p>
    <w:p/>
    <w:p>
      <w:r>
        <w:rPr>
          <w:b/>
          <w:sz w:val="20"/>
        </w:rPr>
        <w:t>Maintenance and Repairs:</w:t>
      </w:r>
    </w:p>
    <w:p>
      <w:r>
        <w:rPr>
          <w:b w:val="0"/>
          <w:sz w:val="20"/>
        </w:rPr>
        <w:t>Tenants shall keep the Premises clean and in good condition and shall promptly notify Landlord of any damage or needed repairs.</w:t>
      </w:r>
    </w:p>
    <w:p>
      <w:r>
        <w:rPr>
          <w:b w:val="0"/>
          <w:sz w:val="20"/>
        </w:rPr>
        <w:t>Landlord shall be responsible for repairs not caused by Tenant negligence or misuse.</w:t>
      </w:r>
    </w:p>
    <w:p/>
    <w:p>
      <w:r>
        <w:rPr>
          <w:b/>
          <w:sz w:val="20"/>
        </w:rPr>
        <w:t>Alterations:</w:t>
      </w:r>
    </w:p>
    <w:p>
      <w:r>
        <w:rPr>
          <w:b w:val="0"/>
          <w:sz w:val="20"/>
        </w:rPr>
        <w:t>Tenants shall not make any alterations, additions or improvements to the Premises without the prior written consent of the Landlord.</w:t>
      </w:r>
    </w:p>
    <w:p/>
    <w:p>
      <w:r>
        <w:rPr>
          <w:b/>
          <w:sz w:val="20"/>
        </w:rPr>
        <w:t>Entry by Landlord:</w:t>
      </w:r>
    </w:p>
    <w:p>
      <w:r>
        <w:rPr>
          <w:b w:val="0"/>
          <w:sz w:val="20"/>
        </w:rPr>
        <w:t>Landlord or Landlord’s agents may enter the Premises during reasonable hours to inspect, make repairs, or show the Premises to prospective Tenants or buyers, upon providing Tenants with appropriate notice as required by law.</w:t>
      </w:r>
    </w:p>
    <w:p/>
    <w:p>
      <w:r>
        <w:rPr>
          <w:b/>
          <w:sz w:val="20"/>
        </w:rPr>
        <w:t>Rules and Regulations:</w:t>
      </w:r>
    </w:p>
    <w:p>
      <w:r>
        <w:rPr>
          <w:b w:val="0"/>
          <w:sz w:val="20"/>
        </w:rPr>
        <w:t>Tenants agree to comply with all reasonable rules and regulations established by Landlord for the safety, care, and cleanliness of the Premises and common areas.</w:t>
      </w:r>
    </w:p>
    <w:p/>
    <w:p>
      <w:r>
        <w:rPr>
          <w:b/>
          <w:sz w:val="20"/>
        </w:rPr>
        <w:t>Pets:</w:t>
      </w:r>
    </w:p>
    <w:p>
      <w:r>
        <w:rPr>
          <w:b w:val="0"/>
          <w:sz w:val="20"/>
        </w:rPr>
        <w:t>☐ Pets are NOT permitted.</w:t>
      </w:r>
    </w:p>
    <w:p>
      <w:r>
        <w:rPr>
          <w:b w:val="0"/>
          <w:sz w:val="20"/>
        </w:rPr>
        <w:t>☐ Pets are permitted subject to the following conditions:</w:t>
      </w:r>
    </w:p>
    <w:p>
      <w:r>
        <w:rPr>
          <w:b w:val="0"/>
          <w:sz w:val="20"/>
        </w:rPr>
        <w:t>______________________________________________________________________________</w:t>
      </w:r>
    </w:p>
    <w:p/>
    <w:p>
      <w:r>
        <w:rPr>
          <w:b/>
          <w:sz w:val="20"/>
        </w:rPr>
        <w:t>Subletting and Assignment:</w:t>
      </w:r>
    </w:p>
    <w:p>
      <w:r>
        <w:rPr>
          <w:b w:val="0"/>
          <w:sz w:val="20"/>
        </w:rPr>
        <w:t>Tenants shall not assign this Agreement or sublet any portion of the Premises without the prior written consent of the Landlord, which consent shall not be unreasonably withheld.</w:t>
      </w:r>
    </w:p>
    <w:p/>
    <w:p>
      <w:r>
        <w:rPr>
          <w:b/>
          <w:sz w:val="20"/>
        </w:rPr>
        <w:t>Default and Termination:</w:t>
      </w:r>
    </w:p>
    <w:p>
      <w:r>
        <w:rPr>
          <w:b w:val="0"/>
          <w:sz w:val="20"/>
        </w:rPr>
        <w:t>If any Tenant breaches any term of this Agreement, Landlord may terminate the tenancy following applicable notice periods required by law.</w:t>
      </w:r>
    </w:p>
    <w:p>
      <w:r>
        <w:rPr>
          <w:b w:val="0"/>
          <w:sz w:val="20"/>
        </w:rPr>
        <w:t>Upon termination, Tenants shall vacate the Premises and return all keys and access devices to Landlord.</w:t>
      </w:r>
    </w:p>
    <w:p/>
    <w:p>
      <w:r>
        <w:rPr>
          <w:b/>
          <w:sz w:val="20"/>
        </w:rPr>
        <w:t>Joint and Several Liability:</w:t>
      </w:r>
    </w:p>
    <w:p>
      <w:r>
        <w:rPr>
          <w:b w:val="0"/>
          <w:sz w:val="20"/>
        </w:rPr>
        <w:t>All Tenants shall be jointly and severally liable for all obligations under this Agreement, including payment of rent and damages.</w:t>
      </w:r>
    </w:p>
    <w:p/>
    <w:p>
      <w:r>
        <w:rPr>
          <w:b/>
          <w:sz w:val="20"/>
        </w:rPr>
        <w:t>Governing Law:</w:t>
      </w:r>
    </w:p>
    <w:p>
      <w:r>
        <w:rPr>
          <w:b w:val="0"/>
          <w:sz w:val="20"/>
        </w:rPr>
        <w:t>This Agreement shall be governed by and construed in accordance with the laws of the State of ____________________, U.S.A.</w:t>
      </w:r>
    </w:p>
    <w:p/>
    <w:p>
      <w:r>
        <w:rPr>
          <w:b/>
          <w:sz w:val="20"/>
        </w:rPr>
        <w:t>Dispute Resolution:</w:t>
      </w:r>
    </w:p>
    <w:p>
      <w:r>
        <w:rPr>
          <w:b w:val="0"/>
          <w:sz w:val="20"/>
        </w:rPr>
        <w:t>Any disputes arising under this Agreement shall be resolved first through good faith negotiation between the parties.</w:t>
      </w:r>
    </w:p>
    <w:p>
      <w:r>
        <w:rPr>
          <w:b w:val="0"/>
          <w:sz w:val="20"/>
        </w:rPr>
        <w:t>If unresolved, disputes shall be submitted to mediation or binding arbitration in accordance with the rules of the American Arbitration Association or similar entity.</w:t>
      </w:r>
    </w:p>
    <w:p/>
    <w:p>
      <w:r>
        <w:rPr>
          <w:b/>
          <w:sz w:val="20"/>
        </w:rPr>
        <w:t>Entire Agreement:</w:t>
      </w:r>
    </w:p>
    <w:p>
      <w:r>
        <w:rPr>
          <w:b w:val="0"/>
          <w:sz w:val="20"/>
        </w:rPr>
        <w:t>This Agreement constitutes the entire agreement between the parties and supersedes all prior understandings or agreements, written or oral.</w:t>
      </w:r>
    </w:p>
    <w:p/>
    <w:p>
      <w:r>
        <w:rPr>
          <w:b/>
          <w:sz w:val="20"/>
        </w:rPr>
        <w:t>Amendments:</w:t>
      </w:r>
    </w:p>
    <w:p>
      <w:r>
        <w:rPr>
          <w:b w:val="0"/>
          <w:sz w:val="20"/>
        </w:rPr>
        <w:t>Any amendments to this Agreement must be in writing and signed by all parties.</w:t>
      </w:r>
    </w:p>
    <w:p/>
    <w:p/>
    <w:p>
      <w:pPr>
        <w:jc w:val="center"/>
      </w:pPr>
      <w:r>
        <w:rPr>
          <w:b/>
          <w:sz w:val="20"/>
        </w:rPr>
        <w:t>SIGNATURES</w:t>
      </w:r>
    </w:p>
    <w:p/>
    <w:p/>
    <w:tbl>
      <w:tblPr>
        <w:tblW w:type="auto" w:w="0"/>
        <w:tblLayout w:type="autofit"/>
        <w:tblLook w:firstColumn="1" w:firstRow="1" w:lastColumn="0" w:lastRow="0" w:noHBand="0" w:noVBand="1" w:val="04A0"/>
      </w:tblPr>
      <w:tblGrid>
        <w:gridCol w:w="2493"/>
        <w:gridCol w:w="2493"/>
        <w:gridCol w:w="2493"/>
        <w:gridCol w:w="2493"/>
      </w:tblGrid>
      <w:tr>
        <w:tc>
          <w:tcPr>
            <w:tcW w:type="dxa" w:w="2493"/>
            <w:tcBorders>
              <w:top w:val="nil"/>
              <w:left w:val="nil"/>
              <w:bottom w:val="nil"/>
              <w:right w:val="nil"/>
              <w:insideH w:val="nil"/>
              <w:insideV w:val="nil"/>
            </w:tcBorders>
          </w:tcPr>
          <w:p>
            <w:pPr>
              <w:jc w:val="center"/>
            </w:pPr>
            <w:r>
              <w:t>LANDLORD</w:t>
            </w:r>
          </w:p>
        </w:tc>
        <w:tc>
          <w:tcPr>
            <w:tcW w:type="dxa" w:w="2493"/>
            <w:tcBorders>
              <w:top w:val="nil"/>
              <w:left w:val="nil"/>
              <w:bottom w:val="nil"/>
              <w:right w:val="nil"/>
              <w:insideH w:val="nil"/>
              <w:insideV w:val="nil"/>
            </w:tcBorders>
          </w:tcPr>
          <w:p>
            <w:pPr>
              <w:jc w:val="center"/>
            </w:pPr>
            <w:r>
              <w:t>TENANT 1</w:t>
            </w:r>
          </w:p>
        </w:tc>
        <w:tc>
          <w:tcPr>
            <w:tcW w:type="dxa" w:w="2493"/>
            <w:tcBorders>
              <w:top w:val="nil"/>
              <w:left w:val="nil"/>
              <w:bottom w:val="nil"/>
              <w:right w:val="nil"/>
              <w:insideH w:val="nil"/>
              <w:insideV w:val="nil"/>
            </w:tcBorders>
          </w:tcPr>
          <w:p>
            <w:pPr>
              <w:jc w:val="center"/>
            </w:pPr>
            <w:r>
              <w:t>TENANT 2</w:t>
            </w:r>
          </w:p>
        </w:tc>
        <w:tc>
          <w:tcPr>
            <w:tcW w:type="dxa" w:w="2493"/>
            <w:tcBorders>
              <w:top w:val="nil"/>
              <w:left w:val="nil"/>
              <w:bottom w:val="nil"/>
              <w:right w:val="nil"/>
              <w:insideH w:val="nil"/>
              <w:insideV w:val="nil"/>
            </w:tcBorders>
          </w:tcPr>
          <w:p>
            <w:pPr>
              <w:jc w:val="center"/>
            </w:pPr>
            <w:r>
              <w:t>TENANT 3</w:t>
            </w:r>
          </w:p>
        </w:tc>
      </w:tr>
      <w:tr>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r>
      <w:tr>
        <w:tc>
          <w:tcPr>
            <w:tcW w:type="dxa" w:w="2493"/>
            <w:tcBorders>
              <w:top w:val="nil"/>
              <w:left w:val="nil"/>
              <w:bottom w:val="nil"/>
              <w:right w:val="nil"/>
              <w:insideH w:val="nil"/>
              <w:insideV w:val="nil"/>
            </w:tcBorders>
          </w:tcPr>
          <w:p>
            <w:pPr>
              <w:jc w:val="center"/>
            </w:pPr>
            <w:r>
              <w:t>Printed Name: _____________________________</w:t>
            </w:r>
          </w:p>
        </w:tc>
        <w:tc>
          <w:tcPr>
            <w:tcW w:type="dxa" w:w="2493"/>
            <w:tcBorders>
              <w:top w:val="nil"/>
              <w:left w:val="nil"/>
              <w:bottom w:val="nil"/>
              <w:right w:val="nil"/>
              <w:insideH w:val="nil"/>
              <w:insideV w:val="nil"/>
            </w:tcBorders>
          </w:tcPr>
          <w:p>
            <w:pPr>
              <w:jc w:val="center"/>
            </w:pPr>
            <w:r>
              <w:t>Printed Name: _____________________________</w:t>
            </w:r>
          </w:p>
        </w:tc>
        <w:tc>
          <w:tcPr>
            <w:tcW w:type="dxa" w:w="2493"/>
            <w:tcBorders>
              <w:top w:val="nil"/>
              <w:left w:val="nil"/>
              <w:bottom w:val="nil"/>
              <w:right w:val="nil"/>
              <w:insideH w:val="nil"/>
              <w:insideV w:val="nil"/>
            </w:tcBorders>
          </w:tcPr>
          <w:p>
            <w:pPr>
              <w:jc w:val="center"/>
            </w:pPr>
            <w:r>
              <w:t>Printed Name: _____________________________</w:t>
            </w:r>
          </w:p>
        </w:tc>
        <w:tc>
          <w:tcPr>
            <w:tcW w:type="dxa" w:w="2493"/>
            <w:tcBorders>
              <w:top w:val="nil"/>
              <w:left w:val="nil"/>
              <w:bottom w:val="nil"/>
              <w:right w:val="nil"/>
              <w:insideH w:val="nil"/>
              <w:insideV w:val="nil"/>
            </w:tcBorders>
          </w:tcPr>
          <w:p>
            <w:pPr>
              <w:jc w:val="center"/>
            </w:pPr>
            <w:r>
              <w:t>Printed Name: _____________________________</w:t>
            </w:r>
          </w:p>
        </w:tc>
      </w:tr>
      <w:tr>
        <w:tc>
          <w:tcPr>
            <w:tcW w:type="dxa" w:w="2493"/>
            <w:tcBorders>
              <w:top w:val="nil"/>
              <w:left w:val="nil"/>
              <w:bottom w:val="nil"/>
              <w:right w:val="nil"/>
              <w:insideH w:val="nil"/>
              <w:insideV w:val="nil"/>
            </w:tcBorders>
          </w:tcPr>
          <w:p>
            <w:pPr>
              <w:jc w:val="center"/>
            </w:pPr>
            <w:r>
              <w:t>Date: _____________________________</w:t>
            </w:r>
          </w:p>
        </w:tc>
        <w:tc>
          <w:tcPr>
            <w:tcW w:type="dxa" w:w="2493"/>
            <w:tcBorders>
              <w:top w:val="nil"/>
              <w:left w:val="nil"/>
              <w:bottom w:val="nil"/>
              <w:right w:val="nil"/>
              <w:insideH w:val="nil"/>
              <w:insideV w:val="nil"/>
            </w:tcBorders>
          </w:tcPr>
          <w:p>
            <w:pPr>
              <w:jc w:val="center"/>
            </w:pPr>
            <w:r>
              <w:t>Date: _____________________________</w:t>
            </w:r>
          </w:p>
        </w:tc>
        <w:tc>
          <w:tcPr>
            <w:tcW w:type="dxa" w:w="2493"/>
            <w:tcBorders>
              <w:top w:val="nil"/>
              <w:left w:val="nil"/>
              <w:bottom w:val="nil"/>
              <w:right w:val="nil"/>
              <w:insideH w:val="nil"/>
              <w:insideV w:val="nil"/>
            </w:tcBorders>
          </w:tcPr>
          <w:p>
            <w:pPr>
              <w:jc w:val="center"/>
            </w:pPr>
            <w:r>
              <w:t>Date: _____________________________</w:t>
            </w:r>
          </w:p>
        </w:tc>
        <w:tc>
          <w:tcPr>
            <w:tcW w:type="dxa" w:w="2493"/>
            <w:tcBorders>
              <w:top w:val="nil"/>
              <w:left w:val="nil"/>
              <w:bottom w:val="nil"/>
              <w:right w:val="nil"/>
              <w:insideH w:val="nil"/>
              <w:insideV w:val="nil"/>
            </w:tcBorders>
          </w:tcPr>
          <w:p>
            <w:pPr>
              <w:jc w:val="center"/>
            </w:pPr>
            <w:r>
              <w:t>Date: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https://agreementdocs-us.com/multiple-tenant-lease-agreement/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multiple-tenant-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