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MUSIC PRODUCTION AGREEMENT</w:t>
      </w:r>
    </w:p>
    <w:p/>
    <w:p>
      <w:r>
        <w:rPr>
          <w:b/>
          <w:sz w:val="20"/>
        </w:rPr>
        <w:t>This Music Production Agreement ("Agreement") is entered into by and between:</w:t>
      </w:r>
    </w:p>
    <w:p>
      <w:r>
        <w:rPr>
          <w:b/>
          <w:sz w:val="20"/>
        </w:rPr>
        <w:t>Producer:</w:t>
      </w:r>
    </w:p>
    <w:p>
      <w:r>
        <w:rPr>
          <w:b w:val="0"/>
          <w:sz w:val="20"/>
        </w:rPr>
        <w:t>Full Name: ____________________________________________________________</w:t>
      </w:r>
    </w:p>
    <w:p>
      <w:r>
        <w:rPr>
          <w:b w:val="0"/>
          <w:sz w:val="20"/>
        </w:rPr>
        <w:t>Business Name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Artist:</w:t>
      </w:r>
    </w:p>
    <w:p>
      <w:r>
        <w:rPr>
          <w:b w:val="0"/>
          <w:sz w:val="20"/>
        </w:rPr>
        <w:t>Full Name: ____________________________________________________________</w:t>
      </w:r>
    </w:p>
    <w:p>
      <w:r>
        <w:rPr>
          <w:b w:val="0"/>
          <w:sz w:val="20"/>
        </w:rPr>
        <w:t>Stage Name (if applicable): 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WHEREAS, Producer is engaged in the business of music production;</w:t>
      </w:r>
    </w:p>
    <w:p>
      <w:r>
        <w:rPr>
          <w:b w:val="0"/>
          <w:sz w:val="20"/>
        </w:rPr>
        <w:t>WHEREAS, Artist desires to engage Producer to produce certain musical recordings pursuant to the terms and conditions set forth herein;</w:t>
      </w:r>
    </w:p>
    <w:p>
      <w:r>
        <w:rPr>
          <w:b w:val="0"/>
          <w:sz w:val="20"/>
        </w:rPr>
        <w:t>NOW, THEREFORE, in consideration of the mutual covenants contained herein, the parties agree as follows:</w:t>
      </w:r>
    </w:p>
    <w:p/>
    <w:p>
      <w:r>
        <w:rPr>
          <w:b/>
          <w:sz w:val="20"/>
        </w:rPr>
        <w:t>1. Engagement and Services</w:t>
      </w:r>
    </w:p>
    <w:p>
      <w:r>
        <w:rPr>
          <w:b w:val="0"/>
          <w:sz w:val="20"/>
        </w:rPr>
        <w:t>Artist hereby engages Producer to produce musical recordings ("Recordings") in accordance with the terms of this Agreement. Producer agrees to provide music production services including but not limited to arranging, recording, engineering, mixing, and mastering as agreed by the parties.</w:t>
      </w:r>
    </w:p>
    <w:p/>
    <w:p>
      <w:r>
        <w:rPr>
          <w:b/>
          <w:sz w:val="20"/>
        </w:rPr>
        <w:t>2. Compensation</w:t>
      </w:r>
    </w:p>
    <w:p>
      <w:r>
        <w:rPr>
          <w:b w:val="0"/>
          <w:sz w:val="20"/>
        </w:rPr>
        <w:t>Artist agrees to pay Producer the following fees and/or royalties for services rendered under this Agreement:</w:t>
      </w:r>
    </w:p>
    <w:p>
      <w:r>
        <w:rPr>
          <w:b w:val="0"/>
          <w:sz w:val="20"/>
        </w:rPr>
        <w:t>- A flat fee of $________________ payable as follows: _________________________</w:t>
      </w:r>
    </w:p>
    <w:p>
      <w:r>
        <w:rPr>
          <w:b w:val="0"/>
          <w:sz w:val="20"/>
        </w:rPr>
        <w:t>- Royalties equal to ______% of net revenue derived from exploitation of the Recordings.</w:t>
      </w:r>
    </w:p>
    <w:p>
      <w:r>
        <w:rPr>
          <w:b w:val="0"/>
          <w:sz w:val="20"/>
        </w:rPr>
        <w:t>Payment terms, schedule, and method shall be mutually agreed upon and documented.</w:t>
      </w:r>
    </w:p>
    <w:p/>
    <w:p>
      <w:r>
        <w:rPr>
          <w:b/>
          <w:sz w:val="20"/>
        </w:rPr>
        <w:t>3. Delivery of Recordings</w:t>
      </w:r>
    </w:p>
    <w:p>
      <w:r>
        <w:rPr>
          <w:b w:val="0"/>
          <w:sz w:val="20"/>
        </w:rPr>
        <w:t>Producer shall deliver completed master recordings in a commercially acceptable format as agreed by the parties. Delivery dates and milestones shall be established in writing.</w:t>
      </w:r>
    </w:p>
    <w:p/>
    <w:p>
      <w:r>
        <w:rPr>
          <w:b/>
          <w:sz w:val="20"/>
        </w:rPr>
        <w:t>4. Ownership and Rights</w:t>
      </w:r>
    </w:p>
    <w:p>
      <w:r>
        <w:rPr>
          <w:b w:val="0"/>
          <w:sz w:val="20"/>
        </w:rPr>
        <w:t>a) Work Made for Hire: The parties agree that all Recordings produced under this Agreement shall be considered "work made for hire" as defined under United States copyright law, and all rights therein shall be owned exclusively by Artist.</w:t>
      </w:r>
    </w:p>
    <w:p>
      <w:r>
        <w:rPr>
          <w:b w:val="0"/>
          <w:sz w:val="20"/>
        </w:rPr>
        <w:t>b) Assignment: To the extent any rights do not qualify as "work made for hire," Producer hereby assigns and transfers to Artist all rights, title, and interest in and to the Recordings and all underlying compositions produced under this Agreement.</w:t>
      </w:r>
    </w:p>
    <w:p>
      <w:r>
        <w:rPr>
          <w:b w:val="0"/>
          <w:sz w:val="20"/>
        </w:rPr>
        <w:t>c) Producer's Rights: Producer retains the right to use the Recordings solely for promotional purposes, provided such use does not conflict with Artist's commercial exploitation.</w:t>
      </w:r>
    </w:p>
    <w:p/>
    <w:p>
      <w:r>
        <w:rPr>
          <w:b/>
          <w:sz w:val="20"/>
        </w:rPr>
        <w:t>5. Credits and Attribution</w:t>
      </w:r>
    </w:p>
    <w:p>
      <w:r>
        <w:rPr>
          <w:b w:val="0"/>
          <w:sz w:val="20"/>
        </w:rPr>
        <w:t>Producer shall be credited on all commercially released Recordings in a manner consistent with industry standards as "Produced by [Producer's Name]" unless otherwise mutually agreed.</w:t>
      </w:r>
    </w:p>
    <w:p/>
    <w:p>
      <w:r>
        <w:rPr>
          <w:b/>
          <w:sz w:val="20"/>
        </w:rPr>
        <w:t>6. Confidentiality</w:t>
      </w:r>
    </w:p>
    <w:p>
      <w:r>
        <w:rPr>
          <w:b w:val="0"/>
          <w:sz w:val="20"/>
        </w:rPr>
        <w:t>Both parties agree to keep confidential all non-public information received from the other party in connection with this Agreement and not to disclose such information to any third party without prior written consent, except as required by law.</w:t>
      </w:r>
    </w:p>
    <w:p/>
    <w:p>
      <w:r>
        <w:rPr>
          <w:b/>
          <w:sz w:val="20"/>
        </w:rPr>
        <w:t>7. Warranties and Representations</w:t>
      </w:r>
    </w:p>
    <w:p>
      <w:r>
        <w:rPr>
          <w:b w:val="0"/>
          <w:sz w:val="20"/>
        </w:rPr>
        <w:t>Each party represents and warrants that it has the full right, power, and authority to enter into this Agreement and perform its obligations hereunder. Producer represents that the services and Recordings will be original and will not infringe any third-party rights.</w:t>
      </w:r>
    </w:p>
    <w:p/>
    <w:p>
      <w:r>
        <w:rPr>
          <w:b/>
          <w:sz w:val="20"/>
        </w:rPr>
        <w:t>8. Indemnification</w:t>
      </w:r>
    </w:p>
    <w:p>
      <w:r>
        <w:rPr>
          <w:b w:val="0"/>
          <w:sz w:val="20"/>
        </w:rPr>
        <w:t>Each party agrees to indemnify, defend, and hold harmless the other party from and against any and all claims, damages, liabilities, costs, and expenses arising out of any breach of this Agreement, including but not limited to claims of infringement or misappropriation of intellectual property rights.</w:t>
      </w:r>
    </w:p>
    <w:p/>
    <w:p>
      <w:r>
        <w:rPr>
          <w:b/>
          <w:sz w:val="20"/>
        </w:rPr>
        <w:t>9. Term and Termination</w:t>
      </w:r>
    </w:p>
    <w:p>
      <w:r>
        <w:rPr>
          <w:b w:val="0"/>
          <w:sz w:val="20"/>
        </w:rPr>
        <w:t>This Agreement shall commence upon execution and shall continue until completion of the services or terminated earlier as follows:</w:t>
      </w:r>
    </w:p>
    <w:p>
      <w:r>
        <w:rPr>
          <w:b w:val="0"/>
          <w:sz w:val="20"/>
        </w:rPr>
        <w:t>- By mutual written agreement of the parties.</w:t>
      </w:r>
    </w:p>
    <w:p>
      <w:r>
        <w:rPr>
          <w:b w:val="0"/>
          <w:sz w:val="20"/>
        </w:rPr>
        <w:t>- By either party upon material breach by the other party, if such breach is not cured within thirty (30) days after written notice.</w:t>
      </w:r>
    </w:p>
    <w:p>
      <w:r>
        <w:rPr>
          <w:b w:val="0"/>
          <w:sz w:val="20"/>
        </w:rPr>
        <w:t>Termination shall not affect rights or obligations accrued prior to termination.</w:t>
      </w:r>
    </w:p>
    <w:p/>
    <w:p>
      <w:r>
        <w:rPr>
          <w:b/>
          <w:sz w:val="20"/>
        </w:rPr>
        <w:t>10. Independent Contractor</w:t>
      </w:r>
    </w:p>
    <w:p>
      <w:r>
        <w:rPr>
          <w:b w:val="0"/>
          <w:sz w:val="20"/>
        </w:rPr>
        <w:t>Producer is engaged as an independent contractor and not as an employee, partner, or agent of Artist. Producer shall have no authority to bind or obligate Artist in any manner.</w:t>
      </w:r>
    </w:p>
    <w:p/>
    <w:p>
      <w:r>
        <w:rPr>
          <w:b/>
          <w:sz w:val="20"/>
        </w:rPr>
        <w:t>11. Governing Law and Dispute Resolution</w:t>
      </w:r>
    </w:p>
    <w:p>
      <w:r>
        <w:rPr>
          <w:b w:val="0"/>
          <w:sz w:val="20"/>
        </w:rPr>
        <w:t>This Agreement shall be governed by and construed in accordance with the laws of the State of __________________, without regard to its conflict of laws principles.</w:t>
      </w:r>
    </w:p>
    <w:p>
      <w:r>
        <w:rPr>
          <w:b w:val="0"/>
          <w:sz w:val="20"/>
        </w:rPr>
        <w:t>Any disputes arising out of or related to this Agreement shall be resolved by binding arbitration in accordance with the rules of the American Arbitration Association, held in ____________________, and judgment upon the award rendered by the arbitrator(s) may be entered in any court having jurisdiction thereof.</w:t>
      </w:r>
    </w:p>
    <w:p/>
    <w:p>
      <w:r>
        <w:rPr>
          <w:b/>
          <w:sz w:val="20"/>
        </w:rPr>
        <w:t>12. Entire Agreement</w:t>
      </w:r>
    </w:p>
    <w:p>
      <w:r>
        <w:rPr>
          <w:b w:val="0"/>
          <w:sz w:val="20"/>
        </w:rPr>
        <w:t>This Agreement constitutes the entire understanding between the parties and supersedes all prior agreements, understandings, negotiations, and discussions, whether oral or written.</w:t>
      </w:r>
    </w:p>
    <w:p/>
    <w:p>
      <w:r>
        <w:rPr>
          <w:b/>
          <w:sz w:val="20"/>
        </w:rPr>
        <w:t>13. Amendments</w:t>
      </w:r>
    </w:p>
    <w:p>
      <w:r>
        <w:rPr>
          <w:b w:val="0"/>
          <w:sz w:val="20"/>
        </w:rPr>
        <w:t>Any amendments or modifications to this Agreement must be in writing and signed by both parties.</w:t>
      </w:r>
    </w:p>
    <w:p/>
    <w:p>
      <w:r>
        <w:rPr>
          <w:b/>
          <w:sz w:val="20"/>
        </w:rPr>
        <w:t>14. Notices</w:t>
      </w:r>
    </w:p>
    <w:p>
      <w:r>
        <w:rPr>
          <w:b w:val="0"/>
          <w:sz w:val="20"/>
        </w:rPr>
        <w:t>All notices and communications under this Agreement shall be in writing and delivered personally, sent by certified mail, or by email (with confirmation), to the addresses provided herein or such other address as a party may specify in writing.</w:t>
      </w:r>
    </w:p>
    <w:p/>
    <w:p>
      <w:r>
        <w:rPr>
          <w:b/>
          <w:sz w:val="20"/>
        </w:rPr>
        <w:t>15. Severability</w:t>
      </w:r>
    </w:p>
    <w:p>
      <w:r>
        <w:rPr>
          <w:b w:val="0"/>
          <w:sz w:val="20"/>
        </w:rPr>
        <w:t>If any provision of this Agreement is held to be invalid or unenforceable, the remaining provisions shall continue in full force and effect.</w:t>
      </w:r>
    </w:p>
    <w:p/>
    <w:p/>
    <w:p/>
    <w:p>
      <w:pPr>
        <w:jc w:val="center"/>
      </w:pPr>
      <w:r>
        <w:rPr>
          <w:b w:val="0"/>
          <w:sz w:val="20"/>
        </w:rPr>
        <w:t>IN WITNESS WHEREOF, the parties have executed this Music Production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PRODUCER</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https://agreementdocs-us.com/music-production-agreement/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music-productio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