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NANNY SERVICES AGREEMENT</w:t>
      </w:r>
    </w:p>
    <w:p/>
    <w:p>
      <w:r>
        <w:rPr>
          <w:b/>
          <w:sz w:val="20"/>
        </w:rPr>
        <w:t>This Nanny Services Agreement ("Agreement") is made between:</w:t>
      </w:r>
    </w:p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Nanny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RECITALS:</w:t>
      </w:r>
    </w:p>
    <w:p>
      <w:r>
        <w:rPr>
          <w:b w:val="0"/>
          <w:sz w:val="20"/>
        </w:rPr>
        <w:t>WHEREAS, Employer desires to engage Nanny to provide childcare services as described herein;</w:t>
      </w:r>
    </w:p>
    <w:p>
      <w:r>
        <w:rPr>
          <w:b w:val="0"/>
          <w:sz w:val="20"/>
        </w:rPr>
        <w:t>WHEREAS, Nanny agrees to provide such services under the terms and conditions set forth in this Agreement;</w:t>
      </w:r>
    </w:p>
    <w:p/>
    <w:p>
      <w:r>
        <w:rPr>
          <w:b/>
          <w:sz w:val="20"/>
        </w:rPr>
        <w:t>1. SERVICES</w:t>
      </w:r>
    </w:p>
    <w:p>
      <w:r>
        <w:rPr>
          <w:b w:val="0"/>
          <w:sz w:val="20"/>
        </w:rPr>
        <w:t>Nanny shall provide childcare services for the Employer's child(ren) as listed below:</w:t>
      </w:r>
    </w:p>
    <w:p>
      <w:r>
        <w:rPr>
          <w:b w:val="0"/>
          <w:sz w:val="20"/>
        </w:rPr>
        <w:t>Child(ren) Name(s) and Age(s): ____________________________________________</w:t>
      </w:r>
    </w:p>
    <w:p>
      <w:r>
        <w:rPr>
          <w:b w:val="0"/>
          <w:sz w:val="20"/>
        </w:rPr>
        <w:t>The services include but are not limited to feeding, bathing, dressing, supervising, transporting to activities, and engaging in age-appropriate activities. Nanny agrees to perform services with reasonable care, skill, and diligence.</w:t>
      </w:r>
    </w:p>
    <w:p/>
    <w:p>
      <w:r>
        <w:rPr>
          <w:b/>
          <w:sz w:val="20"/>
        </w:rPr>
        <w:t>2. WORK SCHEDULE</w:t>
      </w:r>
    </w:p>
    <w:p>
      <w:r>
        <w:rPr>
          <w:b w:val="0"/>
          <w:sz w:val="20"/>
        </w:rPr>
        <w:t>The work schedule shall be as follows:</w:t>
      </w:r>
    </w:p>
    <w:p>
      <w:r>
        <w:rPr>
          <w:b w:val="0"/>
          <w:sz w:val="20"/>
        </w:rPr>
        <w:t>Days of Week: ___________________________________________________________</w:t>
      </w:r>
    </w:p>
    <w:p>
      <w:r>
        <w:rPr>
          <w:b w:val="0"/>
          <w:sz w:val="20"/>
        </w:rPr>
        <w:t>Hours per Day: __________________________________________________________</w:t>
      </w:r>
    </w:p>
    <w:p>
      <w:r>
        <w:rPr>
          <w:b w:val="0"/>
          <w:sz w:val="20"/>
        </w:rPr>
        <w:t>Any changes to the schedule must be agreed upon in writing by both parties.</w:t>
      </w:r>
    </w:p>
    <w:p/>
    <w:p>
      <w:r>
        <w:rPr>
          <w:b/>
          <w:sz w:val="20"/>
        </w:rPr>
        <w:t>3. COMPENSATION</w:t>
      </w:r>
    </w:p>
    <w:p>
      <w:r>
        <w:rPr>
          <w:b w:val="0"/>
          <w:sz w:val="20"/>
        </w:rPr>
        <w:t>Employer agrees to pay Nanny at the rate of $_____________ per hour/week/month.</w:t>
      </w:r>
    </w:p>
    <w:p>
      <w:r>
        <w:rPr>
          <w:b w:val="0"/>
          <w:sz w:val="20"/>
        </w:rPr>
        <w:t>Payment shall be made on a ________________ basis.</w:t>
      </w:r>
    </w:p>
    <w:p>
      <w:r>
        <w:rPr>
          <w:b w:val="0"/>
          <w:sz w:val="20"/>
        </w:rPr>
        <w:t>Nanny shall submit timesheets or invoices as required by Employer.</w:t>
      </w:r>
    </w:p>
    <w:p>
      <w:r>
        <w:rPr>
          <w:b w:val="0"/>
          <w:sz w:val="20"/>
        </w:rPr>
        <w:t>Employer shall withhold or pay all applicable taxes, Social Security, and unemployment insurance as required by law.</w:t>
      </w:r>
    </w:p>
    <w:p/>
    <w:p>
      <w:r>
        <w:rPr>
          <w:b/>
          <w:sz w:val="20"/>
        </w:rPr>
        <w:t>4. EMPLOYMENT STATUS</w:t>
      </w:r>
    </w:p>
    <w:p>
      <w:r>
        <w:rPr>
          <w:b w:val="0"/>
          <w:sz w:val="20"/>
        </w:rPr>
        <w:t>Nanny is classified as an employee of the Employer for all purposes under federal, state, and local laws.</w:t>
      </w:r>
    </w:p>
    <w:p>
      <w:r>
        <w:rPr>
          <w:b w:val="0"/>
          <w:sz w:val="20"/>
        </w:rPr>
        <w:t>Employer shall comply with all applicable employment laws, including but not limited to wage and hour laws, tax withholding, and workers' compensation.</w:t>
      </w:r>
    </w:p>
    <w:p/>
    <w:p>
      <w:r>
        <w:rPr>
          <w:b/>
          <w:sz w:val="20"/>
        </w:rPr>
        <w:t>5. TERM AND TERMINATION</w:t>
      </w:r>
    </w:p>
    <w:p>
      <w:r>
        <w:rPr>
          <w:b w:val="0"/>
          <w:sz w:val="20"/>
        </w:rPr>
        <w:t>This Agreement shall commence upon signing and continue until terminated by either party.</w:t>
      </w:r>
    </w:p>
    <w:p>
      <w:r>
        <w:rPr>
          <w:b w:val="0"/>
          <w:sz w:val="20"/>
        </w:rPr>
        <w:t>Either party may terminate this Agreement at any time by providing ________ days written notice.</w:t>
      </w:r>
    </w:p>
    <w:p>
      <w:r>
        <w:rPr>
          <w:b w:val="0"/>
          <w:sz w:val="20"/>
        </w:rPr>
        <w:t>Employer may terminate immediately for cause including but not limited to misconduct, neglect, or breach of any term herein.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Nanny agrees to keep confidential all information concerning the Employer, the family, and the child(ren) acquired during the term of this Agreement.</w:t>
      </w:r>
    </w:p>
    <w:p>
      <w:r>
        <w:rPr>
          <w:b w:val="0"/>
          <w:sz w:val="20"/>
        </w:rPr>
        <w:t>This obligation shall survive termination of this Agreement.</w:t>
      </w:r>
    </w:p>
    <w:p/>
    <w:p>
      <w:r>
        <w:rPr>
          <w:b/>
          <w:sz w:val="20"/>
        </w:rPr>
        <w:t>7. SAFETY AND CONDUCT</w:t>
      </w:r>
    </w:p>
    <w:p>
      <w:r>
        <w:rPr>
          <w:b w:val="0"/>
          <w:sz w:val="20"/>
        </w:rPr>
        <w:t>Nanny shall comply with all safety rules and regulations and exercise reasonable care to ensure the child's health and safety.</w:t>
      </w:r>
    </w:p>
    <w:p>
      <w:r>
        <w:rPr>
          <w:b w:val="0"/>
          <w:sz w:val="20"/>
        </w:rPr>
        <w:t>Nanny shall refrain from the use of alcohol, drugs, or any behavior that may impair ability to provide childcare.</w:t>
      </w:r>
    </w:p>
    <w:p>
      <w:r>
        <w:rPr>
          <w:b w:val="0"/>
          <w:sz w:val="20"/>
        </w:rPr>
        <w:t>Nanny shall not permit any other person to provide services under this Agreement without Employer's prior written consent.</w:t>
      </w:r>
    </w:p>
    <w:p/>
    <w:p>
      <w:r>
        <w:rPr>
          <w:b/>
          <w:sz w:val="20"/>
        </w:rPr>
        <w:t>8. MEDICAL EMERGENCIES</w:t>
      </w:r>
    </w:p>
    <w:p>
      <w:r>
        <w:rPr>
          <w:b w:val="0"/>
          <w:sz w:val="20"/>
        </w:rPr>
        <w:t>In the event of a medical emergency, Nanny is authorized to seek emergency medical treatment for the child(ren) as deemed necessary.</w:t>
      </w:r>
    </w:p>
    <w:p>
      <w:r>
        <w:rPr>
          <w:b w:val="0"/>
          <w:sz w:val="20"/>
        </w:rPr>
        <w:t>Employer shall provide all relevant medical information, emergency contacts, and authorization forms before services commence.</w:t>
      </w:r>
    </w:p>
    <w:p/>
    <w:p>
      <w:r>
        <w:rPr>
          <w:b/>
          <w:sz w:val="20"/>
        </w:rPr>
        <w:t>9. EQUIPMENT AND SUPPLIES</w:t>
      </w:r>
    </w:p>
    <w:p>
      <w:r>
        <w:rPr>
          <w:b w:val="0"/>
          <w:sz w:val="20"/>
        </w:rPr>
        <w:t>Employer shall provide all necessary supplies and equipment required for performance of services.</w:t>
      </w:r>
    </w:p>
    <w:p>
      <w:r>
        <w:rPr>
          <w:b w:val="0"/>
          <w:sz w:val="20"/>
        </w:rPr>
        <w:t>Nanny shall notify Employer promptly of any needed supplies or concerns related thereto.</w:t>
      </w:r>
    </w:p>
    <w:p/>
    <w:p>
      <w:r>
        <w:rPr>
          <w:b/>
          <w:sz w:val="20"/>
        </w:rPr>
        <w:t>10. GOVERNING LAW</w:t>
      </w:r>
    </w:p>
    <w:p>
      <w:r>
        <w:rPr>
          <w:b w:val="0"/>
          <w:sz w:val="20"/>
        </w:rPr>
        <w:t>This Agreement shall be governed by and construed in accordance with the laws of the state where services are performed.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document constitutes the entire agreement between the parties and supersedes all prior agreements, understandings, or representations.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>
      <w:r>
        <w:rPr>
          <w:b/>
          <w:sz w:val="20"/>
        </w:rPr>
        <w:t>12. SEVERABILITY</w:t>
      </w:r>
    </w:p>
    <w:p>
      <w:r>
        <w:rPr>
          <w:b w:val="0"/>
          <w:sz w:val="20"/>
        </w:rPr>
        <w:t>If any provision of this Agreement is held to be invalid or unenforceable, the remainder shall remain in full force and effect.</w:t>
      </w:r>
    </w:p>
    <w:p/>
    <w:p>
      <w:r>
        <w:rPr>
          <w:b/>
          <w:sz w:val="20"/>
        </w:rPr>
        <w:t>13. NOTICES</w:t>
      </w:r>
    </w:p>
    <w:p>
      <w:r>
        <w:rPr>
          <w:b w:val="0"/>
          <w:sz w:val="20"/>
        </w:rPr>
        <w:t>Any notices required or permitted under this Agreement shall be in writing and delivered personally, by certified mail, or by electronic mail to the addresses provided above.</w:t>
      </w:r>
    </w:p>
    <w:p/>
    <w:p>
      <w:r>
        <w:rPr>
          <w:b/>
          <w:sz w:val="20"/>
        </w:rPr>
        <w:t>14. ACKNOWLEDGMENT</w:t>
      </w:r>
    </w:p>
    <w:p>
      <w:r>
        <w:rPr>
          <w:b w:val="0"/>
          <w:sz w:val="20"/>
        </w:rPr>
        <w:t>Both parties acknowledge that they have read and understood this Agreement and agree to be bound by its terms.</w:t>
      </w:r>
    </w:p>
    <w:p/>
    <w:p/>
    <w:p>
      <w:r>
        <w:rPr>
          <w:b w:val="0"/>
          <w:sz w:val="20"/>
        </w:rPr>
        <w:t>Place of Agreement Execution: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NANNY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https://agreementdocs-us.com/nanny-agreement/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nanny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