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PARKING SPACE LEASE AGREEMENT</w:t>
      </w:r>
    </w:p>
    <w:p/>
    <w:p>
      <w:r>
        <w:rPr>
          <w:b/>
          <w:sz w:val="20"/>
        </w:rPr>
        <w:t>This Parking Space Lease Agreement (the “Agreement”) is entered into by and between the following parties:</w:t>
      </w:r>
    </w:p>
    <w:p/>
    <w:p>
      <w:r>
        <w:rPr>
          <w:b/>
          <w:sz w:val="20"/>
        </w:rPr>
        <w:t>Lessor Information:</w:t>
      </w:r>
    </w:p>
    <w:p>
      <w:r>
        <w:rPr>
          <w:b w:val="0"/>
          <w:sz w:val="20"/>
        </w:rPr>
        <w:t>Full Name or Business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Lessee Information:</w:t>
      </w:r>
    </w:p>
    <w:p>
      <w:r>
        <w:rPr>
          <w:b w:val="0"/>
          <w:sz w:val="20"/>
        </w:rPr>
        <w:t>Full Name or Business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Lessor is the lawful owner of the parking space described below;</w:t>
      </w:r>
    </w:p>
    <w:p>
      <w:r>
        <w:rPr>
          <w:b w:val="0"/>
          <w:sz w:val="20"/>
        </w:rPr>
        <w:t>WHEREAS, Lessee desires to lease said parking space from Lessor under the terms and conditions set forth herein; and</w:t>
      </w:r>
    </w:p>
    <w:p>
      <w:r>
        <w:rPr>
          <w:b w:val="0"/>
          <w:sz w:val="20"/>
        </w:rPr>
        <w:t>WHEREAS, Lessor agrees to lease the parking space to Lessee on the terms and conditions contained herein.</w:t>
      </w:r>
    </w:p>
    <w:p/>
    <w:p>
      <w:r>
        <w:rPr>
          <w:b/>
          <w:sz w:val="20"/>
        </w:rPr>
        <w:t>1. Description of the Parking Space</w:t>
      </w:r>
    </w:p>
    <w:p>
      <w:r>
        <w:rPr>
          <w:b w:val="0"/>
          <w:sz w:val="20"/>
        </w:rPr>
        <w:t>Lessor hereby leases to Lessee the parking space located at:</w:t>
      </w:r>
    </w:p>
    <w:p>
      <w:r>
        <w:rPr>
          <w:b w:val="0"/>
          <w:sz w:val="20"/>
        </w:rPr>
        <w:t>Address: ________________________________________________________________</w:t>
      </w:r>
    </w:p>
    <w:p>
      <w:r>
        <w:rPr>
          <w:b w:val="0"/>
          <w:sz w:val="20"/>
        </w:rPr>
        <w:t>Parking Space Number or Identifier: ________________________________________</w:t>
      </w:r>
    </w:p>
    <w:p>
      <w:r>
        <w:rPr>
          <w:b w:val="0"/>
          <w:sz w:val="20"/>
        </w:rPr>
        <w:t>Size/Dimensions: _________________________________________________________</w:t>
      </w:r>
    </w:p>
    <w:p>
      <w:r>
        <w:rPr>
          <w:b w:val="0"/>
          <w:sz w:val="20"/>
        </w:rPr>
        <w:t>Type of Parking Space: (e.g., covered, uncovered, garage, carport) ________________________________</w:t>
      </w:r>
    </w:p>
    <w:p/>
    <w:p>
      <w:r>
        <w:rPr>
          <w:b/>
          <w:sz w:val="20"/>
        </w:rPr>
        <w:t>2. Lease Term</w:t>
      </w:r>
    </w:p>
    <w:p>
      <w:r>
        <w:rPr>
          <w:b w:val="0"/>
          <w:sz w:val="20"/>
        </w:rPr>
        <w:t>The term of this Agreement shall commence on the date of signing by both parties and shall continue:</w:t>
      </w:r>
    </w:p>
    <w:p>
      <w:r>
        <w:rPr>
          <w:b w:val="0"/>
          <w:sz w:val="20"/>
        </w:rPr>
        <w:t>☐ Month-to-Month tenancy, terminable by either party with a written notice of at least thirty (30) days.</w:t>
      </w:r>
    </w:p>
    <w:p>
      <w:r>
        <w:rPr>
          <w:b w:val="0"/>
          <w:sz w:val="20"/>
        </w:rPr>
        <w:t>☐ A fixed term tenancy of ______________ months, commencing on __________________ and ending on __________________.</w:t>
      </w:r>
    </w:p>
    <w:p/>
    <w:p>
      <w:r>
        <w:rPr>
          <w:b/>
          <w:sz w:val="20"/>
        </w:rPr>
        <w:t>3. Rent</w:t>
      </w:r>
    </w:p>
    <w:p>
      <w:r>
        <w:rPr>
          <w:b w:val="0"/>
          <w:sz w:val="20"/>
        </w:rPr>
        <w:t>Lessee agrees to pay Lessor a monthly rent of $______________, payable in advance on or before the first day of each month.</w:t>
      </w:r>
    </w:p>
    <w:p>
      <w:r>
        <w:rPr>
          <w:b w:val="0"/>
          <w:sz w:val="20"/>
        </w:rPr>
        <w:t>Rent payments shall be made to Lessor at the following address or method:</w:t>
      </w:r>
    </w:p>
    <w:p>
      <w:r>
        <w:rPr>
          <w:b w:val="0"/>
          <w:sz w:val="20"/>
        </w:rPr>
        <w:t>__________________________________________________________________________</w:t>
      </w:r>
    </w:p>
    <w:p>
      <w:r>
        <w:rPr>
          <w:b w:val="0"/>
          <w:sz w:val="20"/>
        </w:rPr>
        <w:t>Late payments shall incur a fee of $__________ after a grace period of _______ days.</w:t>
      </w:r>
    </w:p>
    <w:p/>
    <w:p>
      <w:r>
        <w:rPr>
          <w:b/>
          <w:sz w:val="20"/>
        </w:rPr>
        <w:t>4. Security Deposit</w:t>
      </w:r>
    </w:p>
    <w:p>
      <w:r>
        <w:rPr>
          <w:b w:val="0"/>
          <w:sz w:val="20"/>
        </w:rPr>
        <w:t>Lessee shall pay a security deposit of $____________ to secure performance of all obligations under this Agreement.</w:t>
      </w:r>
    </w:p>
    <w:p>
      <w:r>
        <w:rPr>
          <w:b w:val="0"/>
          <w:sz w:val="20"/>
        </w:rPr>
        <w:t>The security deposit shall be refundable at the termination of this Agreement, less any deductions for damages or unpaid rent, in accordance with applicable law.</w:t>
      </w:r>
    </w:p>
    <w:p/>
    <w:p>
      <w:r>
        <w:rPr>
          <w:b/>
          <w:sz w:val="20"/>
        </w:rPr>
        <w:t>5. Use of Parking Space</w:t>
      </w:r>
    </w:p>
    <w:p>
      <w:r>
        <w:rPr>
          <w:b w:val="0"/>
          <w:sz w:val="20"/>
        </w:rPr>
        <w:t>Lessee shall use the parking space solely for parking of a motor vehicle owned or operated by Lessee.</w:t>
      </w:r>
    </w:p>
    <w:p>
      <w:r>
        <w:rPr>
          <w:b w:val="0"/>
          <w:sz w:val="20"/>
        </w:rPr>
        <w:t>Lessee shall not store any hazardous materials, flammable substances, or any other items not related to parking a vehicle.</w:t>
      </w:r>
    </w:p>
    <w:p>
      <w:r>
        <w:rPr>
          <w:b w:val="0"/>
          <w:sz w:val="20"/>
        </w:rPr>
        <w:t>Lessee shall comply with all applicable laws, rules, and regulations governing the use of the parking space.</w:t>
      </w:r>
    </w:p>
    <w:p/>
    <w:p>
      <w:r>
        <w:rPr>
          <w:b/>
          <w:sz w:val="20"/>
        </w:rPr>
        <w:t>6. Maintenance and Repairs</w:t>
      </w:r>
    </w:p>
    <w:p>
      <w:r>
        <w:rPr>
          <w:b w:val="0"/>
          <w:sz w:val="20"/>
        </w:rPr>
        <w:t>Lessor shall maintain the parking space in a safe and operable condition.</w:t>
      </w:r>
    </w:p>
    <w:p>
      <w:r>
        <w:rPr>
          <w:b w:val="0"/>
          <w:sz w:val="20"/>
        </w:rPr>
        <w:t>Lessee shall keep the parking space clean and free of debris.</w:t>
      </w:r>
    </w:p>
    <w:p>
      <w:r>
        <w:rPr>
          <w:b w:val="0"/>
          <w:sz w:val="20"/>
        </w:rPr>
        <w:t>Lessee shall immediately notify Lessor of any damage or needed repairs.</w:t>
      </w:r>
    </w:p>
    <w:p>
      <w:r>
        <w:rPr>
          <w:b w:val="0"/>
          <w:sz w:val="20"/>
        </w:rPr>
        <w:t>Lessee shall be responsible for any damage caused by their negligence or misuse.</w:t>
      </w:r>
    </w:p>
    <w:p/>
    <w:p>
      <w:r>
        <w:rPr>
          <w:b/>
          <w:sz w:val="20"/>
        </w:rPr>
        <w:t>7. Access</w:t>
      </w:r>
    </w:p>
    <w:p>
      <w:r>
        <w:rPr>
          <w:b w:val="0"/>
          <w:sz w:val="20"/>
        </w:rPr>
        <w:t>Lessee shall have access to the parking space 24 hours a day, 7 days a week, subject to any reasonable rules established by Lessor.</w:t>
      </w:r>
    </w:p>
    <w:p>
      <w:r>
        <w:rPr>
          <w:b w:val="0"/>
          <w:sz w:val="20"/>
        </w:rPr>
        <w:t>Lessor reserves the right to enter the parking space for inspection or maintenance upon reasonable notice to Lessee, except in emergencies.</w:t>
      </w:r>
    </w:p>
    <w:p/>
    <w:p>
      <w:r>
        <w:rPr>
          <w:b/>
          <w:sz w:val="20"/>
        </w:rPr>
        <w:t>8. Insurance</w:t>
      </w:r>
    </w:p>
    <w:p>
      <w:r>
        <w:rPr>
          <w:b w:val="0"/>
          <w:sz w:val="20"/>
        </w:rPr>
        <w:t>Lessee is responsible for obtaining and maintaining insurance coverage for their vehicle and personal property.</w:t>
      </w:r>
    </w:p>
    <w:p>
      <w:r>
        <w:rPr>
          <w:b w:val="0"/>
          <w:sz w:val="20"/>
        </w:rPr>
        <w:t>Lessor shall not be liable for any loss, damage, or theft of Lessee's vehicle or property.</w:t>
      </w:r>
    </w:p>
    <w:p/>
    <w:p>
      <w:r>
        <w:rPr>
          <w:b/>
          <w:sz w:val="20"/>
        </w:rPr>
        <w:t>9. Indemnification</w:t>
      </w:r>
    </w:p>
    <w:p>
      <w:r>
        <w:rPr>
          <w:b w:val="0"/>
          <w:sz w:val="20"/>
        </w:rPr>
        <w:t>Lessee agrees to indemnify, defend, and hold harmless Lessor from any and all claims, liabilities, damages, and expenses arising from Lessee's use of the parking space.</w:t>
      </w:r>
    </w:p>
    <w:p/>
    <w:p>
      <w:r>
        <w:rPr>
          <w:b/>
          <w:sz w:val="20"/>
        </w:rPr>
        <w:t>10. Termination</w:t>
      </w:r>
    </w:p>
    <w:p>
      <w:r>
        <w:rPr>
          <w:b w:val="0"/>
          <w:sz w:val="20"/>
        </w:rPr>
        <w:t>This Agreement may be terminated by either party upon written notice in accordance with the Lease Term section.</w:t>
      </w:r>
    </w:p>
    <w:p>
      <w:r>
        <w:rPr>
          <w:b w:val="0"/>
          <w:sz w:val="20"/>
        </w:rPr>
        <w:t>Upon termination, Lessee shall remove all vehicles and personal property and surrender the parking space to Lessor in good condition, reasonable wear and tear excepted.</w:t>
      </w:r>
    </w:p>
    <w:p/>
    <w:p>
      <w:r>
        <w:rPr>
          <w:b/>
          <w:sz w:val="20"/>
        </w:rPr>
        <w:t>11. Default</w:t>
      </w:r>
    </w:p>
    <w:p>
      <w:r>
        <w:rPr>
          <w:b w:val="0"/>
          <w:sz w:val="20"/>
        </w:rPr>
        <w:t>If Lessee fails to pay rent or breaches any term of this Agreement, Lessor may terminate the Agreement and pursue all remedies allowed by law.</w:t>
      </w:r>
    </w:p>
    <w:p>
      <w:r>
        <w:rPr>
          <w:b w:val="0"/>
          <w:sz w:val="20"/>
        </w:rPr>
        <w:t>Lessee shall be responsible for all costs and attorney’s fees incurred by Lessor to enforce this Agreement in case of default.</w:t>
      </w:r>
    </w:p>
    <w:p/>
    <w:p>
      <w:r>
        <w:rPr>
          <w:b/>
          <w:sz w:val="20"/>
        </w:rPr>
        <w:t>12. Assignment and Subletting</w:t>
      </w:r>
    </w:p>
    <w:p>
      <w:r>
        <w:rPr>
          <w:b w:val="0"/>
          <w:sz w:val="20"/>
        </w:rPr>
        <w:t>Lessee shall not assign or sublet the parking space or any interest therein without the prior written consent of Lessor.</w:t>
      </w:r>
    </w:p>
    <w:p/>
    <w:p>
      <w:r>
        <w:rPr>
          <w:b/>
          <w:sz w:val="20"/>
        </w:rPr>
        <w:t>13. Notices</w:t>
      </w:r>
    </w:p>
    <w:p>
      <w:r>
        <w:rPr>
          <w:b w:val="0"/>
          <w:sz w:val="20"/>
        </w:rPr>
        <w:t>Any notice required or permitted under this Agreement shall be in writing and delivered personally, sent by certified mail, or by recognized overnight courier to the addresses set forth above or such other address as either party may designate in writing.</w:t>
      </w:r>
    </w:p>
    <w:p/>
    <w:p>
      <w:r>
        <w:rPr>
          <w:b/>
          <w:sz w:val="20"/>
        </w:rPr>
        <w:t>14. Governing Law and Jurisdiction</w:t>
      </w:r>
    </w:p>
    <w:p>
      <w:r>
        <w:rPr>
          <w:b w:val="0"/>
          <w:sz w:val="20"/>
        </w:rPr>
        <w:t>This Agreement shall be governed by and construed in accordance with the laws of the State in which the parking space is located.</w:t>
      </w:r>
    </w:p>
    <w:p>
      <w:r>
        <w:rPr>
          <w:b w:val="0"/>
          <w:sz w:val="20"/>
        </w:rPr>
        <w:t>The parties consent to the exclusive jurisdiction and venue of the courts located within that State for any disputes arising under this Agreement.</w:t>
      </w:r>
    </w:p>
    <w:p/>
    <w:p>
      <w:r>
        <w:rPr>
          <w:b/>
          <w:sz w:val="20"/>
        </w:rPr>
        <w:t>15. Entire Agreement</w:t>
      </w:r>
    </w:p>
    <w:p>
      <w:r>
        <w:rPr>
          <w:b w:val="0"/>
          <w:sz w:val="20"/>
        </w:rPr>
        <w:t>This Agreement constitutes the entire agreement between the parties with respect to the subject matter hereof and supersedes all prior oral or written agreements, understandings, or representations.</w:t>
      </w:r>
    </w:p>
    <w:p/>
    <w:p>
      <w:r>
        <w:rPr>
          <w:b/>
          <w:sz w:val="20"/>
        </w:rPr>
        <w:t>16. Severability</w:t>
      </w:r>
    </w:p>
    <w:p>
      <w:r>
        <w:rPr>
          <w:b w:val="0"/>
          <w:sz w:val="20"/>
        </w:rPr>
        <w:t>If any provision of this Agreement is held to be invalid or unenforceable, the remaining provisions shall remain in full force and effect.</w:t>
      </w:r>
    </w:p>
    <w:p/>
    <w:p>
      <w:r>
        <w:rPr>
          <w:b/>
          <w:sz w:val="20"/>
        </w:rPr>
        <w:t>17. Waiver</w:t>
      </w:r>
    </w:p>
    <w:p>
      <w:r>
        <w:rPr>
          <w:b w:val="0"/>
          <w:sz w:val="20"/>
        </w:rPr>
        <w:t>No waiver of any breach or default shall be deemed a waiver of any subsequent breach or default.</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https://agreementdocs-us.com/parking-space-lease-agreement/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parking-space-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