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PERSONAL AGREEMENT</w:t>
      </w:r>
    </w:p>
    <w:p/>
    <w:p>
      <w:r>
        <w:rPr>
          <w:b/>
          <w:sz w:val="20"/>
        </w:rPr>
        <w:t>This Personal Agreement ("Agreement") is made by and between:</w:t>
      </w:r>
    </w:p>
    <w:p>
      <w:r>
        <w:rPr>
          <w:b/>
          <w:sz w:val="20"/>
        </w:rPr>
        <w:t>Party One:</w:t>
      </w:r>
    </w:p>
    <w:p>
      <w:r>
        <w:rPr>
          <w:b w:val="0"/>
          <w:sz w:val="20"/>
        </w:rPr>
        <w:t>Full Legal Name: ____________________________________________</w:t>
      </w:r>
    </w:p>
    <w:p>
      <w:r>
        <w:rPr>
          <w:b w:val="0"/>
          <w:sz w:val="20"/>
        </w:rPr>
        <w:t>Address: ____________________________________________________</w:t>
      </w:r>
    </w:p>
    <w:p>
      <w:r>
        <w:rPr>
          <w:b w:val="0"/>
          <w:sz w:val="20"/>
        </w:rPr>
        <w:t>Phone Number: _______________________________________________</w:t>
      </w:r>
    </w:p>
    <w:p>
      <w:r>
        <w:rPr>
          <w:b w:val="0"/>
          <w:sz w:val="20"/>
        </w:rPr>
        <w:t>Email Address: _______________________________________________</w:t>
      </w:r>
    </w:p>
    <w:p/>
    <w:p>
      <w:pPr>
        <w:jc w:val="center"/>
      </w:pPr>
      <w:r>
        <w:rPr>
          <w:b w:val="0"/>
          <w:sz w:val="20"/>
        </w:rPr>
        <w:t>and</w:t>
      </w:r>
    </w:p>
    <w:p/>
    <w:p>
      <w:r>
        <w:rPr>
          <w:b/>
          <w:sz w:val="20"/>
        </w:rPr>
        <w:t>Party Two:</w:t>
      </w:r>
    </w:p>
    <w:p>
      <w:r>
        <w:rPr>
          <w:b w:val="0"/>
          <w:sz w:val="20"/>
        </w:rPr>
        <w:t>Full Legal Name: ____________________________________________</w:t>
      </w:r>
    </w:p>
    <w:p>
      <w:r>
        <w:rPr>
          <w:b w:val="0"/>
          <w:sz w:val="20"/>
        </w:rPr>
        <w:t>Address: ____________________________________________________</w:t>
      </w:r>
    </w:p>
    <w:p>
      <w:r>
        <w:rPr>
          <w:b w:val="0"/>
          <w:sz w:val="20"/>
        </w:rPr>
        <w:t>Phone Number: _______________________________________________</w:t>
      </w:r>
    </w:p>
    <w:p>
      <w:r>
        <w:rPr>
          <w:b w:val="0"/>
          <w:sz w:val="20"/>
        </w:rPr>
        <w:t>Email Address: _______________________________________________</w:t>
      </w:r>
    </w:p>
    <w:p/>
    <w:p/>
    <w:p>
      <w:pPr>
        <w:jc w:val="center"/>
      </w:pPr>
      <w:r>
        <w:rPr>
          <w:b/>
          <w:sz w:val="20"/>
        </w:rPr>
        <w:t>RECITALS</w:t>
      </w:r>
    </w:p>
    <w:p/>
    <w:p>
      <w:r>
        <w:rPr>
          <w:b w:val="0"/>
          <w:sz w:val="20"/>
        </w:rPr>
        <w:t>WHEREAS, the Parties desire to set forth their understanding and agreement regarding the matters described below;</w:t>
      </w:r>
    </w:p>
    <w:p>
      <w:r>
        <w:rPr>
          <w:b w:val="0"/>
          <w:sz w:val="20"/>
        </w:rPr>
        <w:t>NOW, THEREFORE, in consideration of the mutual covenants and promises contained herein, the Parties agree as follows:</w:t>
      </w:r>
    </w:p>
    <w:p/>
    <w:p>
      <w:r>
        <w:rPr>
          <w:b/>
          <w:sz w:val="20"/>
        </w:rPr>
        <w:t>1. Purpose</w:t>
      </w:r>
    </w:p>
    <w:p>
      <w:r>
        <w:rPr>
          <w:b w:val="0"/>
          <w:sz w:val="20"/>
        </w:rPr>
        <w:t>The purpose of this Agreement is to establish a mutual understanding between the Parties concerning their respective rights, duties, and obligations as set forth herein.</w:t>
      </w:r>
    </w:p>
    <w:p/>
    <w:p>
      <w:r>
        <w:rPr>
          <w:b/>
          <w:sz w:val="20"/>
        </w:rPr>
        <w:t>2. Terms of Agreement</w:t>
      </w:r>
    </w:p>
    <w:p>
      <w:r>
        <w:rPr>
          <w:b w:val="0"/>
          <w:sz w:val="20"/>
        </w:rPr>
        <w:t>2.1 Obligations of Party One: ________________________________________________________________</w:t>
      </w:r>
    </w:p>
    <w:p>
      <w:r>
        <w:rPr>
          <w:b w:val="0"/>
          <w:sz w:val="20"/>
        </w:rPr>
        <w:t>2.2 Obligations of Party Two: ________________________________________________________________</w:t>
      </w:r>
    </w:p>
    <w:p>
      <w:r>
        <w:rPr>
          <w:b w:val="0"/>
          <w:sz w:val="20"/>
        </w:rPr>
        <w:t>2.3 Mutual Responsibilities: _______________________________________________________________</w:t>
      </w:r>
    </w:p>
    <w:p/>
    <w:p>
      <w:r>
        <w:rPr>
          <w:b/>
          <w:sz w:val="20"/>
        </w:rPr>
        <w:t>3. Payment</w:t>
      </w:r>
    </w:p>
    <w:p>
      <w:r>
        <w:rPr>
          <w:b w:val="0"/>
          <w:sz w:val="20"/>
        </w:rPr>
        <w:t>If applicable, Party One agrees to pay Party Two the sum of $______________, subject to the following terms and conditions:</w:t>
      </w:r>
    </w:p>
    <w:p>
      <w:r>
        <w:rPr>
          <w:b w:val="0"/>
          <w:sz w:val="20"/>
        </w:rPr>
        <w:t>_____________________________________________________________________________________________</w:t>
      </w:r>
    </w:p>
    <w:p>
      <w:r>
        <w:rPr>
          <w:b w:val="0"/>
          <w:sz w:val="20"/>
        </w:rPr>
        <w:t>_____________________________________________________________________________________________</w:t>
      </w:r>
    </w:p>
    <w:p/>
    <w:p>
      <w:r>
        <w:rPr>
          <w:b/>
          <w:sz w:val="20"/>
        </w:rPr>
        <w:t>4. Duration and Termination</w:t>
      </w:r>
    </w:p>
    <w:p>
      <w:r>
        <w:rPr>
          <w:b w:val="0"/>
          <w:sz w:val="20"/>
        </w:rPr>
        <w:t>4.1 This Agreement shall commence upon the signatures of both Parties and shall remain in effect until terminated as provided herein.</w:t>
      </w:r>
    </w:p>
    <w:p>
      <w:r>
        <w:rPr>
          <w:b w:val="0"/>
          <w:sz w:val="20"/>
        </w:rPr>
        <w:t>4.2 Either Party may terminate this Agreement upon written notice to the other Party given at least ________ days in advance.</w:t>
      </w:r>
    </w:p>
    <w:p>
      <w:r>
        <w:rPr>
          <w:b w:val="0"/>
          <w:sz w:val="20"/>
        </w:rPr>
        <w:t>4.3 Termination shall not relieve either Party from obligations incurred prior to termination.</w:t>
      </w:r>
    </w:p>
    <w:p/>
    <w:p>
      <w:r>
        <w:rPr>
          <w:b/>
          <w:sz w:val="20"/>
        </w:rPr>
        <w:t>5. Confidentiality</w:t>
      </w:r>
    </w:p>
    <w:p>
      <w:r>
        <w:rPr>
          <w:b w:val="0"/>
          <w:sz w:val="20"/>
        </w:rPr>
        <w:t>The Parties agree to keep confidential any information disclosed in connection with this Agreement that is marked or identified as confidential, and shall not disclose such information to any third party without prior written consent, except as required by law.</w:t>
      </w:r>
    </w:p>
    <w:p/>
    <w:p>
      <w:r>
        <w:rPr>
          <w:b/>
          <w:sz w:val="20"/>
        </w:rPr>
        <w:t>6. Representations and Warranties</w:t>
      </w:r>
    </w:p>
    <w:p>
      <w:r>
        <w:rPr>
          <w:b w:val="0"/>
          <w:sz w:val="20"/>
        </w:rPr>
        <w:t>6.1 Each Party represents and warrants that it has full authority to enter into this Agreement and perform its obligations herein.</w:t>
      </w:r>
    </w:p>
    <w:p>
      <w:r>
        <w:rPr>
          <w:b w:val="0"/>
          <w:sz w:val="20"/>
        </w:rPr>
        <w:t>6.2 Each Party agrees to comply with all applicable laws, regulations, and ordinances in connection with this Agreement.</w:t>
      </w:r>
    </w:p>
    <w:p/>
    <w:p>
      <w:r>
        <w:rPr>
          <w:b/>
          <w:sz w:val="20"/>
        </w:rPr>
        <w:t>7. Indemnification</w:t>
      </w:r>
    </w:p>
    <w:p>
      <w:r>
        <w:rPr>
          <w:b w:val="0"/>
          <w:sz w:val="20"/>
        </w:rPr>
        <w:t>Each Party agrees to indemnify, defend, and hold harmless the other Party from any claims, liabilities, losses, damages, costs, or expenses arising out of or related to its breach of this Agreement, negligence, or willful misconduct.</w:t>
      </w:r>
    </w:p>
    <w:p/>
    <w:p>
      <w:r>
        <w:rPr>
          <w:b/>
          <w:sz w:val="20"/>
        </w:rPr>
        <w:t>8. Limitation of Liability</w:t>
      </w:r>
    </w:p>
    <w:p>
      <w:r>
        <w:rPr>
          <w:b w:val="0"/>
          <w:sz w:val="20"/>
        </w:rPr>
        <w:t>Except for liability arising from gross negligence or willful misconduct, neither Party shall be liable to the other for any indirect, incidental, consequential, special, or punitive damages arising out of or related to this Agreement.</w:t>
      </w:r>
    </w:p>
    <w:p/>
    <w:p>
      <w:r>
        <w:rPr>
          <w:b/>
          <w:sz w:val="20"/>
        </w:rPr>
        <w:t>9. Dispute Resolution</w:t>
      </w:r>
    </w:p>
    <w:p>
      <w:r>
        <w:rPr>
          <w:b w:val="0"/>
          <w:sz w:val="20"/>
        </w:rPr>
        <w:t>The Parties agree to attempt in good faith to resolve any dispute arising out of or relating to this Agreement through negotiations. If unresolved, disputes shall be submitted to mediation before resorting to litigation.</w:t>
      </w:r>
    </w:p>
    <w:p/>
    <w:p>
      <w:r>
        <w:rPr>
          <w:b/>
          <w:sz w:val="20"/>
        </w:rPr>
        <w:t>10. Governing Law</w:t>
      </w:r>
    </w:p>
    <w:p>
      <w:r>
        <w:rPr>
          <w:b w:val="0"/>
          <w:sz w:val="20"/>
        </w:rPr>
        <w:t>This Agreement shall be governed by and construed in accordance with the laws of the State of ____________________, United States of America, without regard to its conflicts of law principles.</w:t>
      </w:r>
    </w:p>
    <w:p/>
    <w:p>
      <w:r>
        <w:rPr>
          <w:b/>
          <w:sz w:val="20"/>
        </w:rPr>
        <w:t>11. Entire Agreement</w:t>
      </w:r>
    </w:p>
    <w:p>
      <w:r>
        <w:rPr>
          <w:b w:val="0"/>
          <w:sz w:val="20"/>
        </w:rPr>
        <w:t>This Agreement constitutes the entire agreement between the Parties with respect to its subject matter and supersedes all prior or contemporaneous oral or written agreements, understandings, or representations.</w:t>
      </w:r>
    </w:p>
    <w:p/>
    <w:p>
      <w:r>
        <w:rPr>
          <w:b/>
          <w:sz w:val="20"/>
        </w:rPr>
        <w:t>12. Amendments</w:t>
      </w:r>
    </w:p>
    <w:p>
      <w:r>
        <w:rPr>
          <w:b w:val="0"/>
          <w:sz w:val="20"/>
        </w:rPr>
        <w:t>Any amendment or modification to this Agreement must be in writing and signed by both Parties to be effective.</w:t>
      </w:r>
    </w:p>
    <w:p/>
    <w:p>
      <w:r>
        <w:rPr>
          <w:b/>
          <w:sz w:val="20"/>
        </w:rPr>
        <w:t>13. Severability</w:t>
      </w:r>
    </w:p>
    <w:p>
      <w:r>
        <w:rPr>
          <w:b w:val="0"/>
          <w:sz w:val="20"/>
        </w:rPr>
        <w:t>If any provision of this Agreement is held to be invalid, illegal, or unenforceable, the remaining provisions shall continue in full force and effect.</w:t>
      </w:r>
    </w:p>
    <w:p/>
    <w:p>
      <w:r>
        <w:rPr>
          <w:b/>
          <w:sz w:val="20"/>
        </w:rPr>
        <w:t>14. Notices</w:t>
      </w:r>
    </w:p>
    <w:p>
      <w:r>
        <w:rPr>
          <w:b w:val="0"/>
          <w:sz w:val="20"/>
        </w:rPr>
        <w:t>All notices required or permitted under this Agreement shall be in writing and delivered personally or sent by certified mail, return receipt requested, to the addresses set forth above or such other address as a Party may designate by written notice.</w:t>
      </w:r>
    </w:p>
    <w:p/>
    <w:p>
      <w:r>
        <w:rPr>
          <w:b/>
          <w:sz w:val="20"/>
        </w:rPr>
        <w:t>15. Waiver</w:t>
      </w:r>
    </w:p>
    <w:p>
      <w:r>
        <w:rPr>
          <w:b w:val="0"/>
          <w:sz w:val="20"/>
        </w:rPr>
        <w:t>The failure of either Party to enforce any provision of this Agreement shall not be deemed a waiver of future enforcement of that or any other provision.</w:t>
      </w:r>
    </w:p>
    <w:p/>
    <w:p/>
    <w:p>
      <w:r>
        <w:rPr>
          <w:b w:val="0"/>
          <w:sz w:val="20"/>
        </w:rPr>
        <w:t>Place of Agreement Execution: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ONE</w:t>
            </w:r>
          </w:p>
        </w:tc>
        <w:tc>
          <w:tcPr>
            <w:tcW w:type="dxa" w:w="4986"/>
            <w:tcBorders>
              <w:top w:val="nil"/>
              <w:left w:val="nil"/>
              <w:bottom w:val="nil"/>
              <w:right w:val="nil"/>
              <w:insideH w:val="nil"/>
              <w:insideV w:val="nil"/>
            </w:tcBorders>
          </w:tcPr>
          <w:p>
            <w:pPr>
              <w:jc w:val="center"/>
            </w:pPr>
            <w:r>
              <w:t>PARTY TWO</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 ____________________________________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https://agreementdocs-us.com/personal-agreement/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personal-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