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PET OWNERSHIP AND CARE AGREEMENT</w:t>
      </w:r>
    </w:p>
    <w:p/>
    <w:p>
      <w:r>
        <w:rPr>
          <w:b/>
          <w:sz w:val="20"/>
        </w:rPr>
        <w:t>PARTIES:</w:t>
      </w:r>
    </w:p>
    <w:p>
      <w:r>
        <w:rPr>
          <w:b/>
          <w:sz w:val="20"/>
        </w:rPr>
        <w:t>Owner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Caretaker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PET INFORMATION:</w:t>
      </w:r>
    </w:p>
    <w:p>
      <w:r>
        <w:rPr>
          <w:b w:val="0"/>
          <w:sz w:val="20"/>
        </w:rPr>
        <w:t>Name: _________________________________________________________________</w:t>
      </w:r>
    </w:p>
    <w:p>
      <w:r>
        <w:rPr>
          <w:b w:val="0"/>
          <w:sz w:val="20"/>
        </w:rPr>
        <w:t>Species (e.g., Dog, Cat): ______________________________________________</w:t>
      </w:r>
    </w:p>
    <w:p>
      <w:r>
        <w:rPr>
          <w:b w:val="0"/>
          <w:sz w:val="20"/>
        </w:rPr>
        <w:t>Breed: ________________________________________________________________</w:t>
      </w:r>
    </w:p>
    <w:p>
      <w:r>
        <w:rPr>
          <w:b w:val="0"/>
          <w:sz w:val="20"/>
        </w:rPr>
        <w:t>Color and Markings: ____________________________________________________</w:t>
      </w:r>
    </w:p>
    <w:p>
      <w:r>
        <w:rPr>
          <w:b w:val="0"/>
          <w:sz w:val="20"/>
        </w:rPr>
        <w:t>Age or Date of Birth: __________________________________________________</w:t>
      </w:r>
    </w:p>
    <w:p>
      <w:r>
        <w:rPr>
          <w:b w:val="0"/>
          <w:sz w:val="20"/>
        </w:rPr>
        <w:t>Gender: _______________________________________________________________</w:t>
      </w:r>
    </w:p>
    <w:p>
      <w:r>
        <w:rPr>
          <w:b w:val="0"/>
          <w:sz w:val="20"/>
        </w:rPr>
        <w:t>Microchip or ID Number (if any): ________________________________________</w:t>
      </w:r>
    </w:p>
    <w:p/>
    <w:p>
      <w:r>
        <w:rPr>
          <w:b/>
          <w:sz w:val="20"/>
        </w:rPr>
        <w:t>AGREEMENT PURPOSE AND TERM:</w:t>
      </w:r>
    </w:p>
    <w:p>
      <w:r>
        <w:rPr>
          <w:b w:val="0"/>
          <w:sz w:val="20"/>
        </w:rPr>
        <w:t>This Agreement sets forth the terms and conditions under which the Owner entrusts the Caretaker to provide care, custody, and control of the pet described above. The Caretaker agrees to provide such care in accordance with the terms herein.</w:t>
      </w:r>
    </w:p>
    <w:p>
      <w:r>
        <w:rPr>
          <w:b w:val="0"/>
          <w:sz w:val="20"/>
        </w:rPr>
        <w:t>The term of this Agreement shall commence upon signature and continue until terminated by either party with written notice, or as otherwise specified herein.</w:t>
      </w:r>
    </w:p>
    <w:p/>
    <w:p>
      <w:r>
        <w:rPr>
          <w:b/>
          <w:sz w:val="20"/>
        </w:rPr>
        <w:t>CARE AND CUSTODY:</w:t>
      </w:r>
    </w:p>
    <w:p>
      <w:r>
        <w:rPr>
          <w:b w:val="0"/>
          <w:sz w:val="20"/>
        </w:rPr>
        <w:t>The Caretaker agrees to provide the pet with adequate food, water, shelter, exercise, grooming, and medical care as reasonably necessary to maintain the health and well-being of the pet.</w:t>
      </w:r>
    </w:p>
    <w:p>
      <w:r>
        <w:rPr>
          <w:b w:val="0"/>
          <w:sz w:val="20"/>
        </w:rPr>
        <w:t>The Caretaker shall comply with all applicable laws, ordinances, and regulations governing pet care and welfare.</w:t>
      </w:r>
    </w:p>
    <w:p>
      <w:r>
        <w:rPr>
          <w:b w:val="0"/>
          <w:sz w:val="20"/>
        </w:rPr>
        <w:t>The Owner shall provide all necessary supplies, including but not limited to food, medications, and equipment, unless otherwise agreed in writing.</w:t>
      </w:r>
    </w:p>
    <w:p/>
    <w:p>
      <w:r>
        <w:rPr>
          <w:b/>
          <w:sz w:val="20"/>
        </w:rPr>
        <w:t>MEDICAL TREATMENT AND EMERGENCIES:</w:t>
      </w:r>
    </w:p>
    <w:p>
      <w:r>
        <w:rPr>
          <w:b w:val="0"/>
          <w:sz w:val="20"/>
        </w:rPr>
        <w:t>The Owner authorizes the Caretaker to seek and obtain veterinary care and treatment for the pet in the event of illness, injury, or emergency, if the Owner cannot be reached promptly.</w:t>
      </w:r>
    </w:p>
    <w:p>
      <w:r>
        <w:rPr>
          <w:b w:val="0"/>
          <w:sz w:val="20"/>
        </w:rPr>
        <w:t>The Caretaker shall make reasonable efforts to contact the Owner before incurring any non-emergency veterinary expenses.</w:t>
      </w:r>
    </w:p>
    <w:p>
      <w:r>
        <w:rPr>
          <w:b w:val="0"/>
          <w:sz w:val="20"/>
        </w:rPr>
        <w:t>All veterinary expenses incurred shall be borne by the Owner unless otherwise agreed upon in writing.</w:t>
      </w:r>
    </w:p>
    <w:p/>
    <w:p>
      <w:r>
        <w:rPr>
          <w:b/>
          <w:sz w:val="20"/>
        </w:rPr>
        <w:t>COMPENSATION AND EXPENSES:</w:t>
      </w:r>
    </w:p>
    <w:p>
      <w:r>
        <w:rPr>
          <w:b w:val="0"/>
          <w:sz w:val="20"/>
        </w:rPr>
        <w:t>The Owner agrees to compensate the Caretaker as follows:</w:t>
      </w:r>
    </w:p>
    <w:p>
      <w:r>
        <w:rPr>
          <w:b w:val="0"/>
          <w:sz w:val="20"/>
        </w:rPr>
        <w:t>Amount: ________________________________________________________________</w:t>
      </w:r>
    </w:p>
    <w:p>
      <w:r>
        <w:rPr>
          <w:b w:val="0"/>
          <w:sz w:val="20"/>
        </w:rPr>
        <w:t>Payment Terms: _________________________________________________________</w:t>
      </w:r>
    </w:p>
    <w:p>
      <w:r>
        <w:rPr>
          <w:b w:val="0"/>
          <w:sz w:val="20"/>
        </w:rPr>
        <w:t>The Owner shall reimburse the Caretaker for reasonable expenses incurred in the care of the pet upon submission of receipts or proof of payment.</w:t>
      </w:r>
    </w:p>
    <w:p/>
    <w:p>
      <w:r>
        <w:rPr>
          <w:b/>
          <w:sz w:val="20"/>
        </w:rPr>
        <w:t>LIABILITY AND INDEMNIFICATION:</w:t>
      </w:r>
    </w:p>
    <w:p>
      <w:r>
        <w:rPr>
          <w:b w:val="0"/>
          <w:sz w:val="20"/>
        </w:rPr>
        <w:t>The Caretaker shall exercise reasonable care in the custody and care of the pet but shall not be liable for any injury, illness, or death of the pet except in cases of gross negligence or willful misconduct.</w:t>
      </w:r>
    </w:p>
    <w:p>
      <w:r>
        <w:rPr>
          <w:b w:val="0"/>
          <w:sz w:val="20"/>
        </w:rPr>
        <w:t>The Owner shall indemnify and hold harmless the Caretaker and its agents from any claims, damages, liabilities, or expenses arising out of the ownership or care of the pet, including any property damage or personal injury caused by the pet.</w:t>
      </w:r>
    </w:p>
    <w:p/>
    <w:p>
      <w:r>
        <w:rPr>
          <w:b/>
          <w:sz w:val="20"/>
        </w:rPr>
        <w:t>TERMINATION:</w:t>
      </w:r>
    </w:p>
    <w:p>
      <w:r>
        <w:rPr>
          <w:b w:val="0"/>
          <w:sz w:val="20"/>
        </w:rPr>
        <w:t>Either party may terminate this Agreement at any time with written notice to the other party.</w:t>
      </w:r>
    </w:p>
    <w:p>
      <w:r>
        <w:rPr>
          <w:b w:val="0"/>
          <w:sz w:val="20"/>
        </w:rPr>
        <w:t>Upon termination, the Caretaker shall return the pet to the Owner or as otherwise directed by the Owner in a timely manner.</w:t>
      </w:r>
    </w:p>
    <w:p>
      <w:r>
        <w:rPr>
          <w:b w:val="0"/>
          <w:sz w:val="20"/>
        </w:rPr>
        <w:t>The Owner shall pay any outstanding compensation and reimburse expenses due at the time of termination.</w:t>
      </w:r>
    </w:p>
    <w:p/>
    <w:p>
      <w:r>
        <w:rPr>
          <w:b/>
          <w:sz w:val="20"/>
        </w:rPr>
        <w:t>GOVERNING LAW AND DISPUTE RESOLUTION:</w:t>
      </w:r>
    </w:p>
    <w:p>
      <w:r>
        <w:rPr>
          <w:b w:val="0"/>
          <w:sz w:val="20"/>
        </w:rPr>
        <w:t>This Agreement shall be governed by and construed in accordance with the laws of the State of ____________________, United States of America.</w:t>
      </w:r>
    </w:p>
    <w:p>
      <w:r>
        <w:rPr>
          <w:b w:val="0"/>
          <w:sz w:val="20"/>
        </w:rPr>
        <w:t>Any dispute arising under or in connection with this Agreement shall be resolved first through good faith negotiation between the parties. If unresolved, disputes shall be submitted to mediation or binding arbitration as agreed by the parties or as required by applicable law.</w:t>
      </w:r>
    </w:p>
    <w:p/>
    <w:p>
      <w:r>
        <w:rPr>
          <w:b/>
          <w:sz w:val="20"/>
        </w:rPr>
        <w:t>ENTIRE AGREEMENT AND AMENDMENTS:</w:t>
      </w:r>
    </w:p>
    <w:p>
      <w:r>
        <w:rPr>
          <w:b w:val="0"/>
          <w:sz w:val="20"/>
        </w:rPr>
        <w:t>This Agreement constitutes the entire understanding between the parties with respect to the subject matter and supersedes all prior agreements or understandings.</w:t>
      </w:r>
    </w:p>
    <w:p>
      <w:r>
        <w:rPr>
          <w:b w:val="0"/>
          <w:sz w:val="20"/>
        </w:rPr>
        <w:t>Any amendments or modifications must be made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CARETAKER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https://agreementdocs-us.com/pet-agreement/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pe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