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REVENUE SHARING AGREEMENT</w:t>
      </w:r>
    </w:p>
    <w:p/>
    <w:p>
      <w:r>
        <w:rPr>
          <w:b/>
          <w:sz w:val="20"/>
        </w:rPr>
        <w:t>This Revenue Sharing Agreement ("Agreement") is made by and between the following parties:</w:t>
      </w:r>
    </w:p>
    <w:p/>
    <w:p>
      <w:r>
        <w:rPr>
          <w:b/>
          <w:sz w:val="20"/>
        </w:rPr>
        <w:t>Party A:</w:t>
      </w:r>
    </w:p>
    <w:p>
      <w:r>
        <w:rPr>
          <w:b w:val="0"/>
          <w:sz w:val="20"/>
        </w:rPr>
        <w:t>Full Legal Name: ________________________________________________________________</w:t>
      </w:r>
    </w:p>
    <w:p>
      <w:r>
        <w:rPr>
          <w:b w:val="0"/>
          <w:sz w:val="20"/>
        </w:rPr>
        <w:t>Address: _______________________________________________________________________</w:t>
      </w:r>
    </w:p>
    <w:p>
      <w:r>
        <w:rPr>
          <w:b w:val="0"/>
          <w:sz w:val="20"/>
        </w:rPr>
        <w:t>Phone: _________________________________________________________________________</w:t>
      </w:r>
    </w:p>
    <w:p>
      <w:r>
        <w:rPr>
          <w:b w:val="0"/>
          <w:sz w:val="20"/>
        </w:rPr>
        <w:t>Email: _________________________________________________________________________</w:t>
      </w:r>
    </w:p>
    <w:p/>
    <w:p>
      <w:r>
        <w:rPr>
          <w:b/>
          <w:sz w:val="20"/>
        </w:rPr>
        <w:t>Party B:</w:t>
      </w:r>
    </w:p>
    <w:p>
      <w:r>
        <w:rPr>
          <w:b w:val="0"/>
          <w:sz w:val="20"/>
        </w:rPr>
        <w:t>Full Legal Name: ________________________________________________________________</w:t>
      </w:r>
    </w:p>
    <w:p>
      <w:r>
        <w:rPr>
          <w:b w:val="0"/>
          <w:sz w:val="20"/>
        </w:rPr>
        <w:t>Address: _______________________________________________________________________</w:t>
      </w:r>
    </w:p>
    <w:p>
      <w:r>
        <w:rPr>
          <w:b w:val="0"/>
          <w:sz w:val="20"/>
        </w:rPr>
        <w:t>Phone: _________________________________________________________________________</w:t>
      </w:r>
    </w:p>
    <w:p>
      <w:r>
        <w:rPr>
          <w:b w:val="0"/>
          <w:sz w:val="20"/>
        </w:rPr>
        <w:t>Email: _________________________________________________________________________</w:t>
      </w:r>
    </w:p>
    <w:p/>
    <w:p>
      <w:r>
        <w:rPr>
          <w:b/>
          <w:sz w:val="20"/>
        </w:rPr>
        <w:t>RECITALS</w:t>
      </w:r>
    </w:p>
    <w:p>
      <w:r>
        <w:rPr>
          <w:b w:val="0"/>
          <w:sz w:val="20"/>
        </w:rPr>
        <w:t>WHEREAS, Party A and Party B desire to collaborate on a business venture whereby they will share certain revenues generated therefrom under the terms and conditions set forth in this Agreement.</w:t>
      </w:r>
    </w:p>
    <w:p>
      <w:r>
        <w:rPr>
          <w:b w:val="0"/>
          <w:sz w:val="20"/>
        </w:rPr>
        <w:t>WHEREAS, both parties intend this Agreement to be legally binding and enforceable under the laws of the United States.</w:t>
      </w:r>
    </w:p>
    <w:p/>
    <w:p>
      <w:r>
        <w:rPr>
          <w:b/>
          <w:sz w:val="20"/>
        </w:rPr>
        <w:t>1. DEFINITIONS</w:t>
      </w:r>
    </w:p>
    <w:p>
      <w:r>
        <w:rPr>
          <w:b w:val="0"/>
          <w:sz w:val="20"/>
        </w:rPr>
        <w:t>1.1 "Gross Revenue" means all income, revenue, or receipts received by the parties, directly or indirectly, from the business activities contemplated herein, before any deductions.</w:t>
      </w:r>
    </w:p>
    <w:p>
      <w:r>
        <w:rPr>
          <w:b w:val="0"/>
          <w:sz w:val="20"/>
        </w:rPr>
        <w:t>1.2 "Net Revenue" means Gross Revenue less any agreed-upon deductions explicitly specified in this Agreement.</w:t>
      </w:r>
    </w:p>
    <w:p>
      <w:r>
        <w:rPr>
          <w:b w:val="0"/>
          <w:sz w:val="20"/>
        </w:rPr>
        <w:t>1.3 "Effective Date" means the date upon which this Agreement is executed by the last party to sign.</w:t>
      </w:r>
    </w:p>
    <w:p/>
    <w:p>
      <w:r>
        <w:rPr>
          <w:b/>
          <w:sz w:val="20"/>
        </w:rPr>
        <w:t>2. PURPOSE</w:t>
      </w:r>
    </w:p>
    <w:p>
      <w:r>
        <w:rPr>
          <w:b w:val="0"/>
          <w:sz w:val="20"/>
        </w:rPr>
        <w:t>The purpose of this Agreement is to establish the terms and conditions under which Party A and Party B will share revenue resulting from the business activities jointly undertaken pursuant to this Agreement.</w:t>
      </w:r>
    </w:p>
    <w:p/>
    <w:p>
      <w:r>
        <w:rPr>
          <w:b/>
          <w:sz w:val="20"/>
        </w:rPr>
        <w:t>3. REVENUE SHARING TERMS</w:t>
      </w:r>
    </w:p>
    <w:p>
      <w:r>
        <w:rPr>
          <w:b w:val="0"/>
          <w:sz w:val="20"/>
        </w:rPr>
        <w:t>3.1 Revenue Split: The Net Revenue shall be shared between the parties as follows:</w:t>
      </w:r>
    </w:p>
    <w:p>
      <w:r>
        <w:rPr>
          <w:b w:val="0"/>
          <w:sz w:val="20"/>
        </w:rPr>
        <w:t xml:space="preserve">    - Party A: ______________ %</w:t>
      </w:r>
    </w:p>
    <w:p>
      <w:r>
        <w:rPr>
          <w:b w:val="0"/>
          <w:sz w:val="20"/>
        </w:rPr>
        <w:t xml:space="preserve">    - Party B: ______________ %</w:t>
      </w:r>
    </w:p>
    <w:p>
      <w:r>
        <w:rPr>
          <w:b w:val="0"/>
          <w:sz w:val="20"/>
        </w:rPr>
        <w:t>3.2 Payment Schedule: Payments shall be made on a ______________ basis, within ______________ days following the end of each payment period.</w:t>
      </w:r>
    </w:p>
    <w:p>
      <w:r>
        <w:rPr>
          <w:b w:val="0"/>
          <w:sz w:val="20"/>
        </w:rPr>
        <w:t>3.3 Method of Payment: Payments shall be made via ______________ or as otherwise mutually agreed in writing.</w:t>
      </w:r>
    </w:p>
    <w:p>
      <w:r>
        <w:rPr>
          <w:b w:val="0"/>
          <w:sz w:val="20"/>
        </w:rPr>
        <w:t>3.4 Records and Accounting: Both parties shall keep accurate and complete records of all transactions relating to the revenue sharing and shall provide reasonable access to such records to the other party upon request.</w:t>
      </w:r>
    </w:p>
    <w:p/>
    <w:p>
      <w:r>
        <w:rPr>
          <w:b/>
          <w:sz w:val="20"/>
        </w:rPr>
        <w:t>4. RESPONSIBILITIES AND OBLIGATIONS</w:t>
      </w:r>
    </w:p>
    <w:p>
      <w:r>
        <w:rPr>
          <w:b w:val="0"/>
          <w:sz w:val="20"/>
        </w:rPr>
        <w:t>4.1 Party A agrees to perform and fulfill the following duties and obligations:</w:t>
      </w:r>
    </w:p>
    <w:p>
      <w:r>
        <w:rPr>
          <w:b w:val="0"/>
          <w:sz w:val="20"/>
        </w:rPr>
        <w:t xml:space="preserve">    ________________________________________________________________________________</w:t>
      </w:r>
    </w:p>
    <w:p>
      <w:r>
        <w:rPr>
          <w:b w:val="0"/>
          <w:sz w:val="20"/>
        </w:rPr>
        <w:t>4.2 Party B agrees to perform and fulfill the following duties and obligations:</w:t>
      </w:r>
    </w:p>
    <w:p>
      <w:r>
        <w:rPr>
          <w:b w:val="0"/>
          <w:sz w:val="20"/>
        </w:rPr>
        <w:t xml:space="preserve">    ________________________________________________________________________________</w:t>
      </w:r>
    </w:p>
    <w:p>
      <w:r>
        <w:rPr>
          <w:b w:val="0"/>
          <w:sz w:val="20"/>
        </w:rPr>
        <w:t>4.3 Both parties shall cooperate in good faith to achieve the objectives of this Agreement.</w:t>
      </w:r>
    </w:p>
    <w:p/>
    <w:p>
      <w:r>
        <w:rPr>
          <w:b/>
          <w:sz w:val="20"/>
        </w:rPr>
        <w:t>5. TERM AND TERMINATION</w:t>
      </w:r>
    </w:p>
    <w:p>
      <w:r>
        <w:rPr>
          <w:b w:val="0"/>
          <w:sz w:val="20"/>
        </w:rPr>
        <w:t>5.1 Term: This Agreement shall commence on the Effective Date and shall continue until terminated as provided herein.</w:t>
      </w:r>
    </w:p>
    <w:p>
      <w:r>
        <w:rPr>
          <w:b w:val="0"/>
          <w:sz w:val="20"/>
        </w:rPr>
        <w:t>5.2 Termination for Convenience: Either party may terminate this Agreement for any reason upon providing ______________ days written notice to the other party.</w:t>
      </w:r>
    </w:p>
    <w:p>
      <w:r>
        <w:rPr>
          <w:b w:val="0"/>
          <w:sz w:val="20"/>
        </w:rPr>
        <w:t>5.3 Termination for Cause: Either party may terminate immediately upon material breach by the other party, provided that the breaching party fails to cure such breach within ______________ days after written notice.</w:t>
      </w:r>
    </w:p>
    <w:p>
      <w:r>
        <w:rPr>
          <w:b w:val="0"/>
          <w:sz w:val="20"/>
        </w:rPr>
        <w:t>5.4 Effect of Termination: Upon termination, all accrued payment obligations shall survive and be payable in accordance with this Agreement.</w:t>
      </w:r>
    </w:p>
    <w:p/>
    <w:p>
      <w:r>
        <w:rPr>
          <w:b/>
          <w:sz w:val="20"/>
        </w:rPr>
        <w:t>6. CONFIDENTIALITY</w:t>
      </w:r>
    </w:p>
    <w:p>
      <w:r>
        <w:rPr>
          <w:b w:val="0"/>
          <w:sz w:val="20"/>
        </w:rPr>
        <w:t>6.1 Each party agrees that all Confidential Information disclosed in connection with this Agreement shall be held in strict confidence and shall not be disclosed to any third party without prior written consent, except as required by law.</w:t>
      </w:r>
    </w:p>
    <w:p>
      <w:r>
        <w:rPr>
          <w:b w:val="0"/>
          <w:sz w:val="20"/>
        </w:rPr>
        <w:t>6.2 "Confidential Information" means any non-public information, including but not limited to business strategies, financial information, client data, and trade secrets.</w:t>
      </w:r>
    </w:p>
    <w:p>
      <w:r>
        <w:rPr>
          <w:b w:val="0"/>
          <w:sz w:val="20"/>
        </w:rPr>
        <w:t>6.3 The obligations under this section shall survive termination or expiration of this Agreement for a period of ______________ years.</w:t>
      </w:r>
    </w:p>
    <w:p/>
    <w:p>
      <w:r>
        <w:rPr>
          <w:b/>
          <w:sz w:val="20"/>
        </w:rPr>
        <w:t>7. INTELLECTUAL PROPERTY</w:t>
      </w:r>
    </w:p>
    <w:p>
      <w:r>
        <w:rPr>
          <w:b w:val="0"/>
          <w:sz w:val="20"/>
        </w:rPr>
        <w:t>7.1 Ownership: Each party retains all right, title, and interest in its pre-existing intellectual property.</w:t>
      </w:r>
    </w:p>
    <w:p>
      <w:r>
        <w:rPr>
          <w:b w:val="0"/>
          <w:sz w:val="20"/>
        </w:rPr>
        <w:t>7.2 Created IP: Intellectual property developed jointly by the parties related to the business activities hereunder shall be owned as follows:</w:t>
      </w:r>
    </w:p>
    <w:p>
      <w:r>
        <w:rPr>
          <w:b w:val="0"/>
          <w:sz w:val="20"/>
        </w:rPr>
        <w:t xml:space="preserve">    ________________________________________________________________________________</w:t>
      </w:r>
    </w:p>
    <w:p>
      <w:r>
        <w:rPr>
          <w:b w:val="0"/>
          <w:sz w:val="20"/>
        </w:rPr>
        <w:t>7.3 License Grant: Each party grants the other a non-exclusive, non-transferable, royalty-free license to use its intellectual property solely in connection with the performance of this Agreement.</w:t>
      </w:r>
    </w:p>
    <w:p/>
    <w:p>
      <w:r>
        <w:rPr>
          <w:b/>
          <w:sz w:val="20"/>
        </w:rPr>
        <w:t>8. REPRESENTATIONS AND WARRANTIES</w:t>
      </w:r>
    </w:p>
    <w:p>
      <w:r>
        <w:rPr>
          <w:b w:val="0"/>
          <w:sz w:val="20"/>
        </w:rPr>
        <w:t>Each party represents and warrants that:</w:t>
      </w:r>
    </w:p>
    <w:p>
      <w:r>
        <w:rPr>
          <w:b w:val="0"/>
          <w:sz w:val="20"/>
        </w:rPr>
        <w:t>8.1 It has full power and authority to enter into this Agreement and perform its obligations.</w:t>
      </w:r>
    </w:p>
    <w:p>
      <w:r>
        <w:rPr>
          <w:b w:val="0"/>
          <w:sz w:val="20"/>
        </w:rPr>
        <w:t>8.2 The execution and delivery of this Agreement do not violate any agreement or obligation with any third party.</w:t>
      </w:r>
    </w:p>
    <w:p>
      <w:r>
        <w:rPr>
          <w:b w:val="0"/>
          <w:sz w:val="20"/>
        </w:rPr>
        <w:t>8.3 To the best of its knowledge, there are no pending or threatened claims that would materially affect its ability to perform under this Agreement.</w:t>
      </w:r>
    </w:p>
    <w:p/>
    <w:p>
      <w:r>
        <w:rPr>
          <w:b/>
          <w:sz w:val="20"/>
        </w:rPr>
        <w:t>9. INDEMNIFICATION</w:t>
      </w:r>
    </w:p>
    <w:p>
      <w:r>
        <w:rPr>
          <w:b w:val="0"/>
          <w:sz w:val="20"/>
        </w:rPr>
        <w:t>Each party agrees to indemnify, defend, and hold harmless the other party from and against any and all claims, damages, losses, liabilities, costs, and expenses (including reasonable attorneys’ fees) arising out of or related to any breach of this Agreement, negligence, or willful misconduct by the indemnifying party.</w:t>
      </w:r>
    </w:p>
    <w:p/>
    <w:p>
      <w:r>
        <w:rPr>
          <w:b/>
          <w:sz w:val="20"/>
        </w:rPr>
        <w:t>10. LIMITATION OF LIABILITY</w:t>
      </w:r>
    </w:p>
    <w:p>
      <w:r>
        <w:rPr>
          <w:b w:val="0"/>
          <w:sz w:val="20"/>
        </w:rPr>
        <w:t>In no event shall either party be liable to the other for any indirect, incidental, consequential, special, or punitive damages arising out of or related to this Agreement, even if advised of the possibility of such damages. The total liability of each party under this Agreement shall not exceed the amount of revenue actually received by such party under this Agreement in the ______________ period preceding the claim.</w:t>
      </w:r>
    </w:p>
    <w:p/>
    <w:p>
      <w:r>
        <w:rPr>
          <w:b/>
          <w:sz w:val="20"/>
        </w:rPr>
        <w:t>11. DISPUTE RESOLUTION</w:t>
      </w:r>
    </w:p>
    <w:p>
      <w:r>
        <w:rPr>
          <w:b w:val="0"/>
          <w:sz w:val="20"/>
        </w:rPr>
        <w:t>11.1 Negotiation: The parties shall attempt in good faith to resolve any disputes arising out of this Agreement promptly by negotiation.</w:t>
      </w:r>
    </w:p>
    <w:p>
      <w:r>
        <w:rPr>
          <w:b w:val="0"/>
          <w:sz w:val="20"/>
        </w:rPr>
        <w:t>11.2 Mediation: If negotiation fails, the parties agree to submit the dispute to mediation before pursuing litigation.</w:t>
      </w:r>
    </w:p>
    <w:p>
      <w:r>
        <w:rPr>
          <w:b w:val="0"/>
          <w:sz w:val="20"/>
        </w:rPr>
        <w:t>11.3 Governing Law and Jurisdiction: This Agreement shall be governed by and construed in accordance with the laws of the United States and the State of ______________. Exclusive jurisdiction and venue for any litigation shall be in the courts located in ______________.</w:t>
      </w:r>
    </w:p>
    <w:p/>
    <w:p>
      <w:r>
        <w:rPr>
          <w:b/>
          <w:sz w:val="20"/>
        </w:rPr>
        <w:t>12. MISCELLANEOUS</w:t>
      </w:r>
    </w:p>
    <w:p>
      <w:r>
        <w:rPr>
          <w:b w:val="0"/>
          <w:sz w:val="20"/>
        </w:rPr>
        <w:t>12.1 Entire Agreement: This Agreement constitutes the entire agreement between the parties and supersedes all prior oral or written agreements.</w:t>
      </w:r>
    </w:p>
    <w:p>
      <w:r>
        <w:rPr>
          <w:b w:val="0"/>
          <w:sz w:val="20"/>
        </w:rPr>
        <w:t>12.2 Amendments: Any amendment or modification must be in writing and signed by both parties.</w:t>
      </w:r>
    </w:p>
    <w:p>
      <w:r>
        <w:rPr>
          <w:b w:val="0"/>
          <w:sz w:val="20"/>
        </w:rPr>
        <w:t>12.3 Severability: If any provision is held invalid or unenforceable, the remaining provisions shall remain in full force and effect.</w:t>
      </w:r>
    </w:p>
    <w:p>
      <w:r>
        <w:rPr>
          <w:b w:val="0"/>
          <w:sz w:val="20"/>
        </w:rPr>
        <w:t>12.4 Waiver: No waiver of any breach or right shall be deemed a waiver of any other or subsequent breach or right.</w:t>
      </w:r>
    </w:p>
    <w:p>
      <w:r>
        <w:rPr>
          <w:b w:val="0"/>
          <w:sz w:val="20"/>
        </w:rPr>
        <w:t>12.5 Assignment: Neither party may assign or transfer this Agreement without the prior written consent of the other party.</w:t>
      </w:r>
    </w:p>
    <w:p>
      <w:r>
        <w:rPr>
          <w:b w:val="0"/>
          <w:sz w:val="20"/>
        </w:rPr>
        <w:t>12.6 Notices: All notices shall be given in writing and delivered to the addresses set forth above or such other addresses as either party may designate in writing.</w:t>
      </w:r>
    </w:p>
    <w:p/>
    <w:p/>
    <w:p>
      <w:r>
        <w:rPr>
          <w:b w:val="0"/>
          <w:sz w:val="20"/>
        </w:rPr>
        <w:t>Place of Execution: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https://agreementdocs-us.com/revenue-sharing-agreement/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venue-sharing-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