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SETTLEMENT AND RELEASE AGREEMENT</w:t>
      </w:r>
    </w:p>
    <w:p/>
    <w:p>
      <w:r>
        <w:rPr>
          <w:b/>
          <w:sz w:val="20"/>
        </w:rPr>
        <w:t>This Settlement and Release Agreement ("Agreement") is entered into by and between:</w:t>
      </w:r>
    </w:p>
    <w:p>
      <w:r>
        <w:rPr>
          <w:b w:val="0"/>
          <w:sz w:val="20"/>
        </w:rPr>
        <w:t>Releasor: _______________________________________________________________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___________________________________________________________</w:t>
      </w:r>
    </w:p>
    <w:p/>
    <w:p>
      <w:r>
        <w:rPr>
          <w:b w:val="0"/>
          <w:sz w:val="20"/>
        </w:rPr>
        <w:t>Releasee: _______________________________________________________________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___________________________________________________________</w:t>
      </w:r>
    </w:p>
    <w:p/>
    <w:p/>
    <w:p>
      <w:r>
        <w:rPr>
          <w:b/>
          <w:sz w:val="20"/>
        </w:rPr>
        <w:t>RECITALS</w:t>
      </w:r>
    </w:p>
    <w:p>
      <w:r>
        <w:rPr>
          <w:b/>
          <w:sz w:val="20"/>
        </w:rPr>
        <w:t>WHEREAS, a dispute or claim has arisen between the parties relating to the following matter:</w:t>
      </w:r>
    </w:p>
    <w:p>
      <w:r>
        <w:rPr>
          <w:b w:val="0"/>
          <w:sz w:val="20"/>
        </w:rPr>
        <w:t>__________________________________________________________________________</w:t>
      </w:r>
    </w:p>
    <w:p>
      <w:r>
        <w:rPr>
          <w:b w:val="0"/>
          <w:sz w:val="20"/>
        </w:rPr>
        <w:t>__________________________________________________________________________</w:t>
      </w:r>
    </w:p>
    <w:p>
      <w:r>
        <w:rPr>
          <w:b/>
          <w:sz w:val="20"/>
        </w:rPr>
        <w:t>WHEREAS, the parties desire to fully and finally settle and resolve all claims, disputes, and differences between them without admission of liability;</w:t>
      </w:r>
    </w:p>
    <w:p>
      <w:r>
        <w:rPr>
          <w:b w:val="0"/>
          <w:sz w:val="20"/>
        </w:rPr>
        <w:t>NOW, THEREFORE, in consideration of the mutual promises and covenants contained herein, the parties agree as follows:</w:t>
      </w:r>
    </w:p>
    <w:p/>
    <w:p/>
    <w:p>
      <w:r>
        <w:rPr>
          <w:b/>
          <w:sz w:val="20"/>
        </w:rPr>
        <w:t>1. Settlement Payment</w:t>
      </w:r>
    </w:p>
    <w:p>
      <w:r>
        <w:rPr>
          <w:b w:val="0"/>
          <w:sz w:val="20"/>
        </w:rPr>
        <w:t>1.1. The Releasee agrees to pay to the Releasor the total sum of _____________________ USD (the "Settlement Amount"), payable as follows:</w:t>
      </w:r>
    </w:p>
    <w:p>
      <w:r>
        <w:rPr>
          <w:b w:val="0"/>
          <w:sz w:val="20"/>
        </w:rPr>
        <w:t>__________________________________________________________________________</w:t>
      </w:r>
    </w:p>
    <w:p>
      <w:r>
        <w:rPr>
          <w:b w:val="0"/>
          <w:sz w:val="20"/>
        </w:rPr>
        <w:t>1.2. The Settlement Amount constitutes full and complete satisfaction of any and all claims Releasor may have against Releasee arising out of or related to the dispute.</w:t>
      </w:r>
    </w:p>
    <w:p/>
    <w:p>
      <w:r>
        <w:rPr>
          <w:b/>
          <w:sz w:val="20"/>
        </w:rPr>
        <w:t>2. Release and Waiver</w:t>
      </w:r>
    </w:p>
    <w:p>
      <w:r>
        <w:rPr>
          <w:b w:val="0"/>
          <w:sz w:val="20"/>
        </w:rPr>
        <w:t>2.1. Releasor hereby fully, finally, and forever releases, waives, and discharges Releasee, including its agents, employees, officers, directors, successors, and assigns, from any and all claims, demands, liabilities, obligations, damages, actions, and causes of action, whether known or unknown, suspected or unsuspected, which Releasor ever had, now has, or may have in the future arising out of or related to the dispute.</w:t>
      </w:r>
    </w:p>
    <w:p>
      <w:r>
        <w:rPr>
          <w:b w:val="0"/>
          <w:sz w:val="20"/>
        </w:rPr>
        <w:t>2.2. This release includes, but is not limited to, claims for damages, costs, expenses, attorneys' fees, losses, or liabilities of any kind.</w:t>
      </w:r>
    </w:p>
    <w:p/>
    <w:p>
      <w:r>
        <w:rPr>
          <w:b/>
          <w:sz w:val="20"/>
        </w:rPr>
        <w:t>3. No Admission of Liability</w:t>
      </w:r>
    </w:p>
    <w:p>
      <w:r>
        <w:rPr>
          <w:b w:val="0"/>
          <w:sz w:val="20"/>
        </w:rPr>
        <w:t>The parties acknowledge and agree that this Agreement is a compromise of disputed claims and that neither the execution of this Agreement nor the furnishing of the Settlement Amount shall be construed as an admission of liability by any party.</w:t>
      </w:r>
    </w:p>
    <w:p/>
    <w:p>
      <w:r>
        <w:rPr>
          <w:b/>
          <w:sz w:val="20"/>
        </w:rPr>
        <w:t>4. Confidentiality</w:t>
      </w:r>
    </w:p>
    <w:p>
      <w:r>
        <w:rPr>
          <w:b w:val="0"/>
          <w:sz w:val="20"/>
        </w:rPr>
        <w:t>4.1. The terms and existence of this Agreement shall remain confidential and shall not be disclosed to any third party except as required by law or as agreed to in writing by both parties.</w:t>
      </w:r>
    </w:p>
    <w:p>
      <w:r>
        <w:rPr>
          <w:b w:val="0"/>
          <w:sz w:val="20"/>
        </w:rPr>
        <w:t>4.2. Notwithstanding the foregoing, the parties may disclose information to their legal and financial advisors who agree to maintain confidentiality.</w:t>
      </w:r>
    </w:p>
    <w:p/>
    <w:p>
      <w:r>
        <w:rPr>
          <w:b/>
          <w:sz w:val="20"/>
        </w:rPr>
        <w:t>5. No Other Claims</w:t>
      </w:r>
    </w:p>
    <w:p>
      <w:r>
        <w:rPr>
          <w:b w:val="0"/>
          <w:sz w:val="20"/>
        </w:rPr>
        <w:t>Releasor represents and warrants that no other claims, demands, or causes of action exist against Releasee arising out of or related to the dispute other than those released herein.</w:t>
      </w:r>
    </w:p>
    <w:p/>
    <w:p>
      <w:r>
        <w:rPr>
          <w:b/>
          <w:sz w:val="20"/>
        </w:rPr>
        <w:t>6. Entire Agreement</w:t>
      </w:r>
    </w:p>
    <w:p>
      <w:r>
        <w:rPr>
          <w:b w:val="0"/>
          <w:sz w:val="20"/>
        </w:rPr>
        <w:t>This Agreement contains the entire agreement and understanding between the parties with respect to the subject matter hereof and supersedes all prior and contemporaneous agreements, representations, and understandings, whether oral or written.</w:t>
      </w:r>
    </w:p>
    <w:p/>
    <w:p>
      <w:r>
        <w:rPr>
          <w:b/>
          <w:sz w:val="20"/>
        </w:rPr>
        <w:t>7. Governing Law</w:t>
      </w:r>
    </w:p>
    <w:p>
      <w:r>
        <w:rPr>
          <w:b w:val="0"/>
          <w:sz w:val="20"/>
        </w:rPr>
        <w:t>This Agreement shall be governed by and construed in accordance with the laws of the State of ____________________, without regard to conflicts of law principles.</w:t>
      </w:r>
    </w:p>
    <w:p/>
    <w:p>
      <w:r>
        <w:rPr>
          <w:b/>
          <w:sz w:val="20"/>
        </w:rPr>
        <w:t>8. Severability</w:t>
      </w:r>
    </w:p>
    <w:p>
      <w:r>
        <w:rPr>
          <w:b w:val="0"/>
          <w:sz w:val="20"/>
        </w:rPr>
        <w:t>If any provision of this Agreement is held to be invalid or unenforceable by a court of competent jurisdiction, the remaining provisions shall remain in full force and effect.</w:t>
      </w:r>
    </w:p>
    <w:p/>
    <w:p>
      <w:r>
        <w:rPr>
          <w:b/>
          <w:sz w:val="20"/>
        </w:rPr>
        <w:t>9. No Waiver</w:t>
      </w:r>
    </w:p>
    <w:p>
      <w:r>
        <w:rPr>
          <w:b w:val="0"/>
          <w:sz w:val="20"/>
        </w:rPr>
        <w:t>The failure of any party to enforce any provision of this Agreement shall not be construed as a waiver of such provision or any other provisions herein.</w:t>
      </w:r>
    </w:p>
    <w:p/>
    <w:p>
      <w:r>
        <w:rPr>
          <w:b/>
          <w:sz w:val="20"/>
        </w:rPr>
        <w:t>10. Counterparts and Electronic Signatures</w:t>
      </w:r>
    </w:p>
    <w:p>
      <w:r>
        <w:rPr>
          <w:b w:val="0"/>
          <w:sz w:val="20"/>
        </w:rPr>
        <w:t>This Agreement may be executed in counterparts, each of which shall be deemed an original, and all of which together shall constitute one instrument. Electronic signatures shall be deemed as effective as original signatures.</w:t>
      </w:r>
    </w:p>
    <w:p/>
    <w:p/>
    <w:p>
      <w:r>
        <w:rPr>
          <w:b w:val="0"/>
          <w:sz w:val="20"/>
        </w:rPr>
        <w:t>Place of Agreement: ___________________________________________</w:t>
      </w:r>
    </w:p>
    <w:p>
      <w:r>
        <w:rPr>
          <w:b w:val="0"/>
          <w:sz w:val="20"/>
        </w:rPr>
        <w:t>Executed by the parties below on the date set forth next to their respective signatures.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RELEASOR</w:t>
            </w:r>
          </w:p>
        </w:tc>
        <w:tc>
          <w:tcPr>
            <w:tcW w:type="dxa" w:w="4986"/>
            <w:tcBorders>
              <w:top w:val="nil"/>
              <w:left w:val="nil"/>
              <w:bottom w:val="nil"/>
              <w:right w:val="nil"/>
              <w:insideH w:val="nil"/>
              <w:insideV w:val="nil"/>
            </w:tcBorders>
          </w:tcPr>
          <w:p>
            <w:pPr>
              <w:jc w:val="center"/>
            </w:pPr>
            <w:r>
              <w:t>RELEASEE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(if applicable): __________________</w:t>
            </w:r>
          </w:p>
        </w:tc>
        <w:tc>
          <w:tcPr>
            <w:tcW w:type="dxa" w:w="4986"/>
            <w:tcBorders>
              <w:top w:val="nil"/>
              <w:left w:val="nil"/>
              <w:bottom w:val="nil"/>
              <w:right w:val="nil"/>
              <w:insideH w:val="nil"/>
              <w:insideV w:val="nil"/>
            </w:tcBorders>
          </w:tcPr>
          <w:p>
            <w:pPr>
              <w:jc w:val="center"/>
            </w:pPr>
            <w:r>
              <w:t>Name: ________________________________</w:t>
              <w:br/>
              <w:t>Title (if applicable): 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https://agreementdocs-us.com/settlement-and-release-agreement/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settlement-and-releas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