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INFLUENCER AGREEMENT</w:t>
      </w:r>
    </w:p>
    <w:p/>
    <w:p>
      <w:r>
        <w:rPr>
          <w:b/>
          <w:sz w:val="20"/>
        </w:rPr>
        <w:t>This Influencer Agreement (the “Agreement”) is entered into by and between:</w:t>
      </w:r>
    </w:p>
    <w:p>
      <w:r>
        <w:rPr>
          <w:b w:val="0"/>
          <w:sz w:val="20"/>
        </w:rPr>
        <w:t>Company Name: ______________________________________________________</w:t>
      </w:r>
    </w:p>
    <w:p>
      <w:r>
        <w:rPr>
          <w:b w:val="0"/>
          <w:sz w:val="20"/>
        </w:rPr>
        <w:t>Company Address: ___________________________________________________</w:t>
      </w:r>
    </w:p>
    <w:p>
      <w:r>
        <w:rPr>
          <w:b w:val="0"/>
          <w:sz w:val="20"/>
        </w:rPr>
        <w:t>Contact Person: _____________________________________________________</w:t>
      </w:r>
    </w:p>
    <w:p>
      <w:r>
        <w:rPr>
          <w:b w:val="0"/>
          <w:sz w:val="20"/>
        </w:rPr>
      </w:r>
    </w:p>
    <w:p>
      <w:pPr>
        <w:jc w:val="center"/>
      </w:pPr>
      <w:r>
        <w:rPr>
          <w:b w:val="0"/>
          <w:sz w:val="20"/>
        </w:rPr>
        <w:t>and</w:t>
      </w:r>
    </w:p>
    <w:p>
      <w:r>
        <w:rPr>
          <w:b w:val="0"/>
          <w:sz w:val="20"/>
        </w:rPr>
      </w:r>
    </w:p>
    <w:p>
      <w:r>
        <w:rPr>
          <w:b w:val="0"/>
          <w:sz w:val="20"/>
        </w:rPr>
        <w:t>Influencer Name: ____________________________________________________</w:t>
      </w:r>
    </w:p>
    <w:p>
      <w:r>
        <w:rPr>
          <w:b w:val="0"/>
          <w:sz w:val="20"/>
        </w:rPr>
        <w:t>Address: ___________________________________________________________</w:t>
      </w:r>
    </w:p>
    <w:p>
      <w:r>
        <w:rPr>
          <w:b w:val="0"/>
          <w:sz w:val="20"/>
        </w:rPr>
        <w:t>Contact Information: ________________________________________________</w:t>
      </w:r>
    </w:p>
    <w:p/>
    <w:p/>
    <w:p>
      <w:r>
        <w:rPr>
          <w:b/>
          <w:sz w:val="20"/>
        </w:rPr>
        <w:t>RECITALS</w:t>
      </w:r>
    </w:p>
    <w:p>
      <w:r>
        <w:rPr>
          <w:b w:val="0"/>
          <w:sz w:val="20"/>
        </w:rPr>
        <w:t>WHEREAS, the Company wishes to engage the Influencer to promote its products and/or services on social media platforms;</w:t>
      </w:r>
    </w:p>
    <w:p>
      <w:r>
        <w:rPr>
          <w:b w:val="0"/>
          <w:sz w:val="20"/>
        </w:rPr>
        <w:t>WHEREAS, the Influencer agrees to provide such promotional services under the terms and conditions set forth herein.</w:t>
      </w:r>
    </w:p>
    <w:p/>
    <w:p/>
    <w:p>
      <w:r>
        <w:rPr>
          <w:b/>
          <w:sz w:val="20"/>
        </w:rPr>
        <w:t>1. Engagement</w:t>
      </w:r>
    </w:p>
    <w:p>
      <w:r>
        <w:rPr>
          <w:b w:val="0"/>
          <w:sz w:val="20"/>
        </w:rPr>
        <w:t>The Company hereby engages the Influencer, and the Influencer accepts the engagement, to provide promotional services as described in this Agreement.</w:t>
      </w:r>
    </w:p>
    <w:p/>
    <w:p>
      <w:r>
        <w:rPr>
          <w:b/>
          <w:sz w:val="20"/>
        </w:rPr>
        <w:t>2. Scope of Services</w:t>
      </w:r>
    </w:p>
    <w:p>
      <w:r>
        <w:rPr>
          <w:b w:val="0"/>
          <w:sz w:val="20"/>
        </w:rPr>
        <w:t>The Influencer agrees to create and publish content that promotes the Company’s products and/or services on the following social media platforms:</w:t>
      </w:r>
    </w:p>
    <w:p>
      <w:r>
        <w:rPr>
          <w:b w:val="0"/>
          <w:sz w:val="20"/>
        </w:rPr>
        <w:t>- Platform(s): _______________________________________________________</w:t>
      </w:r>
    </w:p>
    <w:p>
      <w:r>
        <w:rPr>
          <w:b w:val="0"/>
          <w:sz w:val="20"/>
        </w:rPr>
        <w:t>- Number and Type of Posts: __________________________________________</w:t>
      </w:r>
    </w:p>
    <w:p>
      <w:r>
        <w:rPr>
          <w:b w:val="0"/>
          <w:sz w:val="20"/>
        </w:rPr>
        <w:t>- Scheduled Posting Dates: ___________________________________________</w:t>
      </w:r>
    </w:p>
    <w:p/>
    <w:p>
      <w:r>
        <w:rPr>
          <w:b/>
          <w:sz w:val="20"/>
        </w:rPr>
        <w:t>3. Compensation</w:t>
      </w:r>
    </w:p>
    <w:p>
      <w:r>
        <w:rPr>
          <w:b w:val="0"/>
          <w:sz w:val="20"/>
        </w:rPr>
        <w:t>In exchange for the services provided, the Company shall pay the Influencer as follows:</w:t>
      </w:r>
    </w:p>
    <w:p>
      <w:r>
        <w:rPr>
          <w:b w:val="0"/>
          <w:sz w:val="20"/>
        </w:rPr>
        <w:t>- Payment Amount: _________________________ USD</w:t>
      </w:r>
    </w:p>
    <w:p>
      <w:r>
        <w:rPr>
          <w:b w:val="0"/>
          <w:sz w:val="20"/>
        </w:rPr>
        <w:t>- Payment Terms: ____________________________________________________</w:t>
      </w:r>
    </w:p>
    <w:p>
      <w:r>
        <w:rPr>
          <w:b w:val="0"/>
          <w:sz w:val="20"/>
        </w:rPr>
        <w:t>No other compensation or reimbursement will be provided unless expressly agreed in writing.</w:t>
      </w:r>
    </w:p>
    <w:p/>
    <w:p>
      <w:r>
        <w:rPr>
          <w:b/>
          <w:sz w:val="20"/>
        </w:rPr>
        <w:t>4. Content Ownership and License</w:t>
      </w:r>
    </w:p>
    <w:p>
      <w:r>
        <w:rPr>
          <w:b w:val="0"/>
          <w:sz w:val="20"/>
        </w:rPr>
        <w:t>The Influencer retains ownership of all content created, but grants the Company a worldwide, royalty-free, sublicensable, and transferable license to use, reproduce, distribute, and display such content for marketing and promotional purposes.</w:t>
      </w:r>
    </w:p>
    <w:p/>
    <w:p>
      <w:r>
        <w:rPr>
          <w:b/>
          <w:sz w:val="20"/>
        </w:rPr>
        <w:t>5. Influencer Representations and Warranties</w:t>
      </w:r>
    </w:p>
    <w:p>
      <w:r>
        <w:rPr>
          <w:b w:val="0"/>
          <w:sz w:val="20"/>
        </w:rPr>
        <w:t>The Influencer represents and warrants that all content created will be original, will not infringe on any third-party rights, will comply with all applicable laws, regulations, and platform guidelines, and will clearly disclose any material connections to the Company in accordance with Federal Trade Commission (FTC) guidelines.</w:t>
      </w:r>
    </w:p>
    <w:p/>
    <w:p>
      <w:r>
        <w:rPr>
          <w:b/>
          <w:sz w:val="20"/>
        </w:rPr>
        <w:t>6. Confidentiality</w:t>
      </w:r>
    </w:p>
    <w:p>
      <w:r>
        <w:rPr>
          <w:b w:val="0"/>
          <w:sz w:val="20"/>
        </w:rPr>
        <w:t>The Influencer agrees to keep confidential any non-public information disclosed by the Company during the term of this Agreement and thereafter, and not to disclose such information without prior written consent.</w:t>
      </w:r>
    </w:p>
    <w:p/>
    <w:p>
      <w:r>
        <w:rPr>
          <w:b/>
          <w:sz w:val="20"/>
        </w:rPr>
        <w:t>7. Term and Termination</w:t>
      </w:r>
    </w:p>
    <w:p>
      <w:r>
        <w:rPr>
          <w:b w:val="0"/>
          <w:sz w:val="20"/>
        </w:rPr>
        <w:t>This Agreement shall commence upon execution and continue until the completion of the services or until terminated by either party with written notice of at least ______ days.</w:t>
      </w:r>
    </w:p>
    <w:p>
      <w:r>
        <w:rPr>
          <w:b w:val="0"/>
          <w:sz w:val="20"/>
        </w:rPr>
        <w:t>The Company may terminate this Agreement immediately for cause, including breach or misconduct by the Influencer.</w:t>
      </w:r>
    </w:p>
    <w:p/>
    <w:p>
      <w:r>
        <w:rPr>
          <w:b/>
          <w:sz w:val="20"/>
        </w:rPr>
        <w:t>8. Independent Contractor Status</w:t>
      </w:r>
    </w:p>
    <w:p>
      <w:r>
        <w:rPr>
          <w:b w:val="0"/>
          <w:sz w:val="20"/>
        </w:rPr>
        <w:t>The Influencer is an independent contractor and not an employee, partner, agent, or joint venturer of the Company. The Influencer is solely responsible for all taxes, insurance, and other obligations arising from compensation received.</w:t>
      </w:r>
    </w:p>
    <w:p/>
    <w:p>
      <w:r>
        <w:rPr>
          <w:b/>
          <w:sz w:val="20"/>
        </w:rPr>
        <w:t>9. Indemnification</w:t>
      </w:r>
    </w:p>
    <w:p>
      <w:r>
        <w:rPr>
          <w:b w:val="0"/>
          <w:sz w:val="20"/>
        </w:rPr>
        <w:t>The Influencer agrees to indemnify, defend, and hold harmless the Company and its affiliates from any claims, damages, liabilities, costs, or expenses arising out of the Influencer’s breach of this Agreement or violation of any law or rights of a third party.</w:t>
      </w:r>
    </w:p>
    <w:p/>
    <w:p>
      <w:r>
        <w:rPr>
          <w:b/>
          <w:sz w:val="20"/>
        </w:rPr>
        <w:t>10. Limitation of Liability</w:t>
      </w:r>
    </w:p>
    <w:p>
      <w:r>
        <w:rPr>
          <w:b w:val="0"/>
          <w:sz w:val="20"/>
        </w:rPr>
        <w:t>In no event shall either party be liable to the other for any indirect, incidental, consequential, special, or punitive damages arising out of this Agreement.</w:t>
      </w:r>
    </w:p>
    <w:p/>
    <w:p>
      <w:r>
        <w:rPr>
          <w:b/>
          <w:sz w:val="20"/>
        </w:rPr>
        <w:t>11. Governing Law and Jurisdiction</w:t>
      </w:r>
    </w:p>
    <w:p>
      <w:r>
        <w:rPr>
          <w:b w:val="0"/>
          <w:sz w:val="20"/>
        </w:rPr>
        <w:t>This Agreement shall be governed by and construed in accordance with the laws of the State of ________________, without regard to its conflict of laws principles. Any disputes arising under or in connection with this Agreement shall be resolved exclusively in the state or federal courts located in ________________.</w:t>
      </w:r>
    </w:p>
    <w:p/>
    <w:p>
      <w:r>
        <w:rPr>
          <w:b/>
          <w:sz w:val="20"/>
        </w:rPr>
        <w:t>12. Entire Agreement</w:t>
      </w:r>
    </w:p>
    <w:p>
      <w:r>
        <w:rPr>
          <w:b w:val="0"/>
          <w:sz w:val="20"/>
        </w:rPr>
        <w:t>This Agreement constitutes the entire agreement between the parties and supersedes all prior or contemporaneous communications, representations, or agreements, whether oral or written, regarding the subject matter herein.</w:t>
      </w:r>
    </w:p>
    <w:p/>
    <w:p>
      <w:r>
        <w:rPr>
          <w:b/>
          <w:sz w:val="20"/>
        </w:rPr>
        <w:t>13. Amendments</w:t>
      </w:r>
    </w:p>
    <w:p>
      <w:r>
        <w:rPr>
          <w:b w:val="0"/>
          <w:sz w:val="20"/>
        </w:rPr>
        <w:t>Any amendments or modifications to this Agreement must be in writing and signed by both parties.</w:t>
      </w:r>
    </w:p>
    <w:p/>
    <w:p>
      <w:r>
        <w:rPr>
          <w:b/>
          <w:sz w:val="20"/>
        </w:rPr>
        <w:t>14. Notices</w:t>
      </w:r>
    </w:p>
    <w:p>
      <w:r>
        <w:rPr>
          <w:b w:val="0"/>
          <w:sz w:val="20"/>
        </w:rPr>
        <w:t>All notices or other communications required or permitted under this Agreement shall be in writing and delivered to the addresses set forth above or to such other address as a party may designate by written notice.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INFLUENCER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https://agreementdocs-us.com/simple-influencer-agreement/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imple-influencer-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