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PROFIT SHARING AGREEMENT</w:t>
      </w:r>
    </w:p>
    <w:p/>
    <w:p>
      <w:r>
        <w:rPr>
          <w:b/>
          <w:sz w:val="20"/>
        </w:rPr>
        <w:t>This Profit Sharing Agreement (the "Agreement") is made and entered into by and between the following parties:</w:t>
      </w:r>
    </w:p>
    <w:p/>
    <w:p>
      <w:r>
        <w:rPr>
          <w:b/>
          <w:sz w:val="20"/>
        </w:rPr>
        <w:t>Party A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r>
        <w:rPr>
          <w:b/>
          <w:sz w:val="20"/>
        </w:rPr>
        <w:t>Party B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Party A and Party B desire to enter into this Agreement to share profits generated from their joint activities as set forth herein; and</w:t>
      </w:r>
    </w:p>
    <w:p>
      <w:r>
        <w:rPr>
          <w:b w:val="0"/>
          <w:sz w:val="20"/>
        </w:rPr>
        <w:t>WHEREAS, the parties wish to define their rights and obligations with respect to the sharing of profits resulting from their collaboration.</w:t>
      </w:r>
    </w:p>
    <w:p/>
    <w:p>
      <w:r>
        <w:rPr>
          <w:b/>
          <w:sz w:val="20"/>
        </w:rPr>
        <w:t>1. DEFINITIONS</w:t>
      </w:r>
    </w:p>
    <w:p>
      <w:r>
        <w:rPr>
          <w:b w:val="0"/>
          <w:sz w:val="20"/>
        </w:rPr>
        <w:t>For purposes of this Agreement, the following terms shall have the meanings set forth below:</w:t>
      </w:r>
    </w:p>
    <w:p>
      <w:r>
        <w:rPr>
          <w:b w:val="0"/>
          <w:sz w:val="20"/>
        </w:rPr>
        <w:t>“Business” means the commercial activities and operations agreed upon by the Parties leading to the generation of profits subject to this Agreement.</w:t>
      </w:r>
    </w:p>
    <w:p>
      <w:r>
        <w:rPr>
          <w:b w:val="0"/>
          <w:sz w:val="20"/>
        </w:rPr>
        <w:t>“Profits” means the net profits derived from the Business after deduction of all reasonable and customary expenses, costs, taxes, and liabilities.</w:t>
      </w:r>
    </w:p>
    <w:p/>
    <w:p>
      <w:r>
        <w:rPr>
          <w:b/>
          <w:sz w:val="20"/>
        </w:rPr>
        <w:t>2. PURPOSE</w:t>
      </w:r>
    </w:p>
    <w:p>
      <w:r>
        <w:rPr>
          <w:b w:val="0"/>
          <w:sz w:val="20"/>
        </w:rPr>
        <w:t>The purpose of this Agreement is to establish the terms and conditions under which the Parties will share the Profits generated from the Business.</w:t>
      </w:r>
    </w:p>
    <w:p/>
    <w:p>
      <w:r>
        <w:rPr>
          <w:b/>
          <w:sz w:val="20"/>
        </w:rPr>
        <w:t>3. PROFIT SHARING</w:t>
      </w:r>
    </w:p>
    <w:p>
      <w:r>
        <w:rPr>
          <w:b w:val="0"/>
          <w:sz w:val="20"/>
        </w:rPr>
        <w:t>The Parties agree that all Profits from the Business shall be distributed as follows:</w:t>
      </w:r>
    </w:p>
    <w:p>
      <w:r>
        <w:rPr>
          <w:b w:val="0"/>
          <w:sz w:val="20"/>
        </w:rPr>
        <w:t>- Party A: _________________ %</w:t>
      </w:r>
    </w:p>
    <w:p>
      <w:r>
        <w:rPr>
          <w:b w:val="0"/>
          <w:sz w:val="20"/>
        </w:rPr>
        <w:t>- Party B: _________________ %</w:t>
      </w:r>
    </w:p>
    <w:p/>
    <w:p>
      <w:r>
        <w:rPr>
          <w:b/>
          <w:sz w:val="20"/>
        </w:rPr>
        <w:t>4. CAPITAL CONTRIBUTIONS</w:t>
      </w:r>
    </w:p>
    <w:p>
      <w:r>
        <w:rPr>
          <w:b w:val="0"/>
          <w:sz w:val="20"/>
        </w:rPr>
        <w:t>Each Party may contribute capital, resources, services, or assets to the Business. Details of such contributions, if any, shall be documented separately and agreed upon by the Parties.</w:t>
      </w:r>
    </w:p>
    <w:p/>
    <w:p>
      <w:r>
        <w:rPr>
          <w:b/>
          <w:sz w:val="20"/>
        </w:rPr>
        <w:t>5. MANAGEMENT AND ROLES</w:t>
      </w:r>
    </w:p>
    <w:p>
      <w:r>
        <w:rPr>
          <w:b w:val="0"/>
          <w:sz w:val="20"/>
        </w:rPr>
        <w:t>The Parties agree to cooperate and manage the Business jointly or as otherwise agreed. Each Party shall perform the roles and responsibilities as mutually determined.</w:t>
      </w:r>
    </w:p>
    <w:p/>
    <w:p>
      <w:r>
        <w:rPr>
          <w:b/>
          <w:sz w:val="20"/>
        </w:rPr>
        <w:t>6. ACCOUNTING AND RECORDS</w:t>
      </w:r>
    </w:p>
    <w:p>
      <w:r>
        <w:rPr>
          <w:b w:val="0"/>
          <w:sz w:val="20"/>
        </w:rPr>
        <w:t>Accurate and complete books and records of account of the Business shall be maintained in accordance with generally accepted accounting principles. Each Party shall have access to such records upon reasonable notice.</w:t>
      </w:r>
    </w:p>
    <w:p/>
    <w:p>
      <w:r>
        <w:rPr>
          <w:b/>
          <w:sz w:val="20"/>
        </w:rPr>
        <w:t>7. DISTRIBUTION OF PROFITS</w:t>
      </w:r>
    </w:p>
    <w:p>
      <w:r>
        <w:rPr>
          <w:b w:val="0"/>
          <w:sz w:val="20"/>
        </w:rPr>
        <w:t>Profits shall be calculated and distributed to the Parties on a __________ basis (e.g., monthly, quarterly, annually) within __________ days following the end of each accounting period.</w:t>
      </w:r>
    </w:p>
    <w:p/>
    <w:p>
      <w:r>
        <w:rPr>
          <w:b/>
          <w:sz w:val="20"/>
        </w:rPr>
        <w:t>8. TAXES</w:t>
      </w:r>
    </w:p>
    <w:p>
      <w:r>
        <w:rPr>
          <w:b w:val="0"/>
          <w:sz w:val="20"/>
        </w:rPr>
        <w:t>Each Party shall be responsible for reporting and paying any taxes due on their respective share of the Profits. The Parties acknowledge that this Agreement does not constitute the formation of a partnership or other legal entity unless otherwise agreed in writing.</w:t>
      </w:r>
    </w:p>
    <w:p/>
    <w:p>
      <w:r>
        <w:rPr>
          <w:b/>
          <w:sz w:val="20"/>
        </w:rPr>
        <w:t>9. TERM AND TERMINATION</w:t>
      </w:r>
    </w:p>
    <w:p>
      <w:r>
        <w:rPr>
          <w:b w:val="0"/>
          <w:sz w:val="20"/>
        </w:rPr>
        <w:t>This Agreement shall commence upon execution by both Parties and shall continue until terminated by mutual written consent or by either Party upon _______ days' written notice.</w:t>
      </w:r>
    </w:p>
    <w:p>
      <w:r>
        <w:rPr>
          <w:b w:val="0"/>
          <w:sz w:val="20"/>
        </w:rPr>
        <w:t>Upon termination, all Profits due shall be calculated and distributed in accordance with this Agreement up to the date of termination.</w:t>
      </w:r>
    </w:p>
    <w:p/>
    <w:p>
      <w:r>
        <w:rPr>
          <w:b/>
          <w:sz w:val="20"/>
        </w:rPr>
        <w:t>10. CONFIDENTIALITY</w:t>
      </w:r>
    </w:p>
    <w:p>
      <w:r>
        <w:rPr>
          <w:b w:val="0"/>
          <w:sz w:val="20"/>
        </w:rPr>
        <w:t>The Parties agree to keep confidential all non-public information obtained in connection with the Business and not to disclose such information to any third party without prior written consent, except as required by law.</w:t>
      </w:r>
    </w:p>
    <w:p/>
    <w:p>
      <w:r>
        <w:rPr>
          <w:b/>
          <w:sz w:val="20"/>
        </w:rPr>
        <w:t>11. REPRESENTATIONS AND WARRANTIES</w:t>
      </w:r>
    </w:p>
    <w:p>
      <w:r>
        <w:rPr>
          <w:b w:val="0"/>
          <w:sz w:val="20"/>
        </w:rPr>
        <w:t>Each Party represents and warrants that it has the full power and authority to enter into this Agreement and perform its obligations hereunder.</w:t>
      </w:r>
    </w:p>
    <w:p>
      <w:r>
        <w:rPr>
          <w:b w:val="0"/>
          <w:sz w:val="20"/>
        </w:rPr>
        <w:t>Each Party further warrants that entering into this Agreement does not violate any other agreement or legal obligation.</w:t>
      </w:r>
    </w:p>
    <w:p/>
    <w:p>
      <w:r>
        <w:rPr>
          <w:b/>
          <w:sz w:val="20"/>
        </w:rPr>
        <w:t>12. INDEMNIFICATION</w:t>
      </w:r>
    </w:p>
    <w:p>
      <w:r>
        <w:rPr>
          <w:b w:val="0"/>
          <w:sz w:val="20"/>
        </w:rPr>
        <w:t>Each Party agrees to indemnify, defend, and hold harmless the other Party from and against any claims, damages, liabilities, costs, and expenses arising out of their own negligence, willful misconduct, or breach of this Agreement.</w:t>
      </w:r>
    </w:p>
    <w:p/>
    <w:p>
      <w:r>
        <w:rPr>
          <w:b/>
          <w:sz w:val="20"/>
        </w:rPr>
        <w:t>13. LIMITATION OF LIABILITY</w:t>
      </w:r>
    </w:p>
    <w:p>
      <w:r>
        <w:rPr>
          <w:b w:val="0"/>
          <w:sz w:val="20"/>
        </w:rPr>
        <w:t>Except for liability arising from gross negligence, willful misconduct, or breach of confidentiality, neither Party shall be liable to the other for any indirect, incidental, consequential, or punitive damages arising from this Agreement.</w:t>
      </w:r>
    </w:p>
    <w:p/>
    <w:p>
      <w:r>
        <w:rPr>
          <w:b/>
          <w:sz w:val="20"/>
        </w:rPr>
        <w:t>14. GOVERNING LAW</w:t>
      </w:r>
    </w:p>
    <w:p>
      <w:r>
        <w:rPr>
          <w:b w:val="0"/>
          <w:sz w:val="20"/>
        </w:rPr>
        <w:t>This Agreement shall be governed by and construed in accordance with the laws of the United States of America and the State of ____________________, without regard to its conflict of law principles.</w:t>
      </w:r>
    </w:p>
    <w:p/>
    <w:p>
      <w:r>
        <w:rPr>
          <w:b/>
          <w:sz w:val="20"/>
        </w:rPr>
        <w:t>15. DISPUTE RESOLUTION</w:t>
      </w:r>
    </w:p>
    <w:p>
      <w:r>
        <w:rPr>
          <w:b w:val="0"/>
          <w:sz w:val="20"/>
        </w:rPr>
        <w:t>Any dispute arising out of or relating to this Agreement shall be resolved first through good faith negotiation between the Parties.</w:t>
      </w:r>
    </w:p>
    <w:p>
      <w:r>
        <w:rPr>
          <w:b w:val="0"/>
          <w:sz w:val="20"/>
        </w:rPr>
        <w:t>If the dispute cannot be resolved amicably within thirty (30) days, it shall be submitted to binding arbitration in accordance with the rules of the American Arbitration Association in the State of ____________________.</w:t>
      </w:r>
    </w:p>
    <w:p/>
    <w:p>
      <w:r>
        <w:rPr>
          <w:b/>
          <w:sz w:val="20"/>
        </w:rPr>
        <w:t>16. ENTIRE AGREEMENT</w:t>
      </w:r>
    </w:p>
    <w:p>
      <w:r>
        <w:rPr>
          <w:b w:val="0"/>
          <w:sz w:val="20"/>
        </w:rPr>
        <w:t>This Agreement constitutes the entire agreement between the Parties regarding the subject matter hereof and supersedes all prior agreements, understandings, and negotiations, whether oral or written.</w:t>
      </w:r>
    </w:p>
    <w:p/>
    <w:p>
      <w:r>
        <w:rPr>
          <w:b/>
          <w:sz w:val="20"/>
        </w:rPr>
        <w:t>17. AMENDMENTS</w:t>
      </w:r>
    </w:p>
    <w:p>
      <w:r>
        <w:rPr>
          <w:b w:val="0"/>
          <w:sz w:val="20"/>
        </w:rPr>
        <w:t>Any amendment or modification of this Agreement shall be in writing and signed by both Parties.</w:t>
      </w:r>
    </w:p>
    <w:p/>
    <w:p>
      <w:r>
        <w:rPr>
          <w:b/>
          <w:sz w:val="20"/>
        </w:rPr>
        <w:t>18. SEVERABILITY</w:t>
      </w:r>
    </w:p>
    <w:p>
      <w:r>
        <w:rPr>
          <w:b w:val="0"/>
          <w:sz w:val="20"/>
        </w:rPr>
        <w:t>If any provision of this Agreement is held to be invalid, illegal, or unenforceable, the remaining provisions shall continue in full force and effect.</w:t>
      </w:r>
    </w:p>
    <w:p/>
    <w:p>
      <w:r>
        <w:rPr>
          <w:b/>
          <w:sz w:val="20"/>
        </w:rPr>
        <w:t>19. WAIVER</w:t>
      </w:r>
    </w:p>
    <w:p>
      <w:r>
        <w:rPr>
          <w:b w:val="0"/>
          <w:sz w:val="20"/>
        </w:rPr>
        <w:t>No waiver of any breach or default under this Agreement shall be deemed a waiver of any preceding or subsequent breach or default.</w:t>
      </w:r>
    </w:p>
    <w:p/>
    <w:p/>
    <w:p>
      <w:r>
        <w:rPr>
          <w:b/>
          <w:sz w:val="20"/>
        </w:rPr>
        <w:t>IN WITNESS WHEREOF, the Parties have executed this Profit Sharing Agreement as of the date indicated below.</w:t>
      </w:r>
    </w:p>
    <w:p/>
    <w:p/>
    <w:p>
      <w:r>
        <w:rPr>
          <w:b w:val="0"/>
          <w:sz w:val="20"/>
        </w:rPr>
        <w:t>Place: _____________________________________</w:t>
      </w:r>
    </w:p>
    <w:p>
      <w:r>
        <w:rPr>
          <w:b w:val="0"/>
          <w:sz w:val="20"/>
        </w:rPr>
        <w:t>Date: 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https://agreementdocs-us.com/simple-profit-sharing-agreement/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imple-profit-sharing-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