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RESIDENTIAL LEASE AGREEMENT</w:t>
      </w:r>
    </w:p>
    <w:p/>
    <w:p/>
    <w:p>
      <w:r>
        <w:rPr>
          <w:b/>
          <w:sz w:val="20"/>
        </w:rPr>
        <w:t>LANDLORD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TENANT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p>
      <w:r>
        <w:rPr>
          <w:b/>
          <w:sz w:val="20"/>
        </w:rPr>
        <w:t>PREMISES:</w:t>
      </w:r>
    </w:p>
    <w:p>
      <w:r>
        <w:rPr>
          <w:b w:val="0"/>
          <w:sz w:val="20"/>
        </w:rPr>
        <w:t>The Landlord hereby leases to the Tenant the residential premises located at:</w:t>
      </w:r>
    </w:p>
    <w:p>
      <w:r>
        <w:rPr>
          <w:b w:val="0"/>
          <w:sz w:val="20"/>
        </w:rPr>
        <w:t>Address: ______________________________________________________________</w:t>
      </w:r>
    </w:p>
    <w:p>
      <w:r>
        <w:rPr>
          <w:b w:val="0"/>
          <w:sz w:val="20"/>
        </w:rPr>
        <w:t>Unit/Apartment Number: ________________________________________________</w:t>
      </w:r>
    </w:p>
    <w:p>
      <w:r>
        <w:rPr>
          <w:b w:val="0"/>
          <w:sz w:val="20"/>
        </w:rPr>
        <w:t>Including the following fixtures, appliances and furniture (if any):</w:t>
      </w:r>
    </w:p>
    <w:p>
      <w:r>
        <w:rPr>
          <w:b w:val="0"/>
          <w:sz w:val="20"/>
        </w:rPr>
        <w:t>____________________________________________________________________</w:t>
      </w:r>
    </w:p>
    <w:p>
      <w:r>
        <w:rPr>
          <w:b w:val="0"/>
          <w:sz w:val="20"/>
        </w:rPr>
        <w:t>____________________________________________________________________</w:t>
      </w:r>
    </w:p>
    <w:p/>
    <w:p/>
    <w:p>
      <w:r>
        <w:rPr>
          <w:b/>
          <w:sz w:val="20"/>
        </w:rPr>
        <w:t>LEASE TERM:</w:t>
      </w:r>
    </w:p>
    <w:p>
      <w:r>
        <w:rPr>
          <w:b w:val="0"/>
          <w:sz w:val="20"/>
        </w:rPr>
        <w:t>The lease shall commence on the date of signature below and shall continue on a month-to-month basis until terminated by either party in accordance with this Agreement.</w:t>
      </w:r>
    </w:p>
    <w:p>
      <w:r>
        <w:rPr>
          <w:b w:val="0"/>
          <w:sz w:val="20"/>
        </w:rPr>
        <w:t>OR (delete as applicable)</w:t>
      </w:r>
    </w:p>
    <w:p>
      <w:r>
        <w:rPr>
          <w:b w:val="0"/>
          <w:sz w:val="20"/>
        </w:rPr>
        <w:t>The lease term shall begin on __________________ and end on __________________.</w:t>
      </w:r>
    </w:p>
    <w:p/>
    <w:p/>
    <w:p>
      <w:r>
        <w:rPr>
          <w:b/>
          <w:sz w:val="20"/>
        </w:rPr>
        <w:t>RENT:</w:t>
      </w:r>
    </w:p>
    <w:p>
      <w:r>
        <w:rPr>
          <w:b w:val="0"/>
          <w:sz w:val="20"/>
        </w:rPr>
        <w:t>The Tenant agrees to pay a monthly rent of $________________ payable in advance on the first day of each month.</w:t>
      </w:r>
    </w:p>
    <w:p>
      <w:r>
        <w:rPr>
          <w:b w:val="0"/>
          <w:sz w:val="20"/>
        </w:rPr>
        <w:t>Rent shall be paid to the Landlord at the following address or as otherwise instructed: ________________________________________________________</w:t>
      </w:r>
    </w:p>
    <w:p>
      <w:r>
        <w:rPr>
          <w:b w:val="0"/>
          <w:sz w:val="20"/>
        </w:rPr>
        <w:t>Late payments shall incur a late fee of $____________ if not received within _______ days of the due date.</w:t>
      </w:r>
    </w:p>
    <w:p>
      <w:r>
        <w:rPr>
          <w:b w:val="0"/>
          <w:sz w:val="20"/>
        </w:rPr>
        <w:t>Returned checks shall incur a fee of $____________.</w:t>
      </w:r>
    </w:p>
    <w:p/>
    <w:p/>
    <w:p>
      <w:r>
        <w:rPr>
          <w:b/>
          <w:sz w:val="20"/>
        </w:rPr>
        <w:t>SECURITY DEPOSIT:</w:t>
      </w:r>
    </w:p>
    <w:p>
      <w:r>
        <w:rPr>
          <w:b w:val="0"/>
          <w:sz w:val="20"/>
        </w:rPr>
        <w:t>The Tenant shall pay a security deposit of $____________ prior to occupancy. This deposit will be held to cover damages, unpaid rent, or other breaches of this Agreement.</w:t>
      </w:r>
    </w:p>
    <w:p>
      <w:r>
        <w:rPr>
          <w:b w:val="0"/>
          <w:sz w:val="20"/>
        </w:rPr>
        <w:t>The Landlord shall return the deposit within _______ days after the Tenant vacates, less any lawful deductions with an itemized statement provided.</w:t>
      </w:r>
    </w:p>
    <w:p/>
    <w:p/>
    <w:p>
      <w:r>
        <w:rPr>
          <w:b/>
          <w:sz w:val="20"/>
        </w:rPr>
        <w:t>UTILITIES AND SERVICES:</w:t>
      </w:r>
    </w:p>
    <w:p>
      <w:r>
        <w:rPr>
          <w:b w:val="0"/>
          <w:sz w:val="20"/>
        </w:rPr>
        <w:t>The Tenant shall be responsible for payment of the following utilities and services:</w:t>
      </w:r>
    </w:p>
    <w:p>
      <w:r>
        <w:rPr>
          <w:b w:val="0"/>
          <w:sz w:val="20"/>
        </w:rPr>
        <w:t>_________________________________________________________</w:t>
      </w:r>
    </w:p>
    <w:p>
      <w:r>
        <w:rPr>
          <w:b w:val="0"/>
          <w:sz w:val="20"/>
        </w:rPr>
        <w:t>_________________________________________________________</w:t>
      </w:r>
    </w:p>
    <w:p>
      <w:r>
        <w:rPr>
          <w:b w:val="0"/>
          <w:sz w:val="20"/>
        </w:rPr>
        <w:t>The Landlord shall be responsible for payment of the following utilities and services:</w:t>
      </w:r>
    </w:p>
    <w:p>
      <w:r>
        <w:rPr>
          <w:b w:val="0"/>
          <w:sz w:val="20"/>
        </w:rPr>
        <w:t>_________________________________________________________</w:t>
      </w:r>
    </w:p>
    <w:p/>
    <w:p/>
    <w:p>
      <w:r>
        <w:rPr>
          <w:b/>
          <w:sz w:val="20"/>
        </w:rPr>
        <w:t>USE OF PREMISES:</w:t>
      </w:r>
    </w:p>
    <w:p>
      <w:r>
        <w:rPr>
          <w:b w:val="0"/>
          <w:sz w:val="20"/>
        </w:rPr>
        <w:t>The Tenant shall use the Premises solely for residential purposes and shall comply with all laws, ordinances, and rules applicable thereto.</w:t>
      </w:r>
    </w:p>
    <w:p>
      <w:r>
        <w:rPr>
          <w:b w:val="0"/>
          <w:sz w:val="20"/>
        </w:rPr>
        <w:t>No illegal activities shall be conducted on the Premises.</w:t>
      </w:r>
    </w:p>
    <w:p>
      <w:r>
        <w:rPr>
          <w:b w:val="0"/>
          <w:sz w:val="20"/>
        </w:rPr>
        <w:t>The Premises shall not be sublet or assigned without the prior written consent of the Landlord.</w:t>
      </w:r>
    </w:p>
    <w:p/>
    <w:p/>
    <w:p>
      <w:r>
        <w:rPr>
          <w:b/>
          <w:sz w:val="20"/>
        </w:rPr>
        <w:t>MAINTENANCE AND REPAIRS:</w:t>
      </w:r>
    </w:p>
    <w:p>
      <w:r>
        <w:rPr>
          <w:b w:val="0"/>
          <w:sz w:val="20"/>
        </w:rPr>
        <w:t>The Tenant shall keep the Premises clean and in good condition and shall promptly notify the Landlord of any needed repairs.</w:t>
      </w:r>
    </w:p>
    <w:p>
      <w:r>
        <w:rPr>
          <w:b w:val="0"/>
          <w:sz w:val="20"/>
        </w:rPr>
        <w:t>The Landlord shall be responsible for repairs necessary to maintain habitability, except when damage is caused by the Tenant’s negligence or misuse.</w:t>
      </w:r>
    </w:p>
    <w:p>
      <w:r>
        <w:rPr>
          <w:b w:val="0"/>
          <w:sz w:val="20"/>
        </w:rPr>
        <w:t>The Tenant shall not make alterations or improvements without the Landlord’s prior written consent.</w:t>
      </w:r>
    </w:p>
    <w:p/>
    <w:p/>
    <w:p>
      <w:r>
        <w:rPr>
          <w:b/>
          <w:sz w:val="20"/>
        </w:rPr>
        <w:t>LANDLORD'S RIGHT OF ENTRY:</w:t>
      </w:r>
    </w:p>
    <w:p>
      <w:r>
        <w:rPr>
          <w:b w:val="0"/>
          <w:sz w:val="20"/>
        </w:rPr>
        <w:t>The Landlord may enter the Premises during reasonable hours to inspect, make necessary repairs, or show the Premises to prospective tenants or buyers, provided reasonable notice (at least 24 hours) is given to the Tenant except in emergency situations.</w:t>
      </w:r>
    </w:p>
    <w:p/>
    <w:p/>
    <w:p>
      <w:r>
        <w:rPr>
          <w:b/>
          <w:sz w:val="20"/>
        </w:rPr>
        <w:t>PETS:</w:t>
      </w:r>
    </w:p>
    <w:p>
      <w:r>
        <w:rPr>
          <w:b w:val="0"/>
          <w:sz w:val="20"/>
        </w:rPr>
        <w:t>Pets are not allowed on the Premises without the Landlord’s prior written consent.</w:t>
      </w:r>
    </w:p>
    <w:p>
      <w:r>
        <w:rPr>
          <w:b w:val="0"/>
          <w:sz w:val="20"/>
        </w:rPr>
        <w:t>If permitted, the Tenant shall comply with all applicable laws and rules related to pet ownership and shall be responsible for any damage caused by pets.</w:t>
      </w:r>
    </w:p>
    <w:p/>
    <w:p/>
    <w:p>
      <w:r>
        <w:rPr>
          <w:b/>
          <w:sz w:val="20"/>
        </w:rPr>
        <w:t>RULES AND REGULATIONS:</w:t>
      </w:r>
    </w:p>
    <w:p>
      <w:r>
        <w:rPr>
          <w:b w:val="0"/>
          <w:sz w:val="20"/>
        </w:rPr>
        <w:t>The Tenant agrees to comply with all rules and regulations established by the Landlord for the safety, care, and cleanliness of the Premises and common areas.</w:t>
      </w:r>
    </w:p>
    <w:p>
      <w:r>
        <w:rPr>
          <w:b w:val="0"/>
          <w:sz w:val="20"/>
        </w:rPr>
        <w:t>The Landlord shall provide the Tenant with any such rules in writing.</w:t>
      </w:r>
    </w:p>
    <w:p/>
    <w:p/>
    <w:p>
      <w:r>
        <w:rPr>
          <w:b/>
          <w:sz w:val="20"/>
        </w:rPr>
        <w:t>DEFAULT AND REMEDIES:</w:t>
      </w:r>
    </w:p>
    <w:p>
      <w:r>
        <w:rPr>
          <w:b w:val="0"/>
          <w:sz w:val="20"/>
        </w:rPr>
        <w:t>If the Tenant fails to pay rent or breaches any term of this Agreement, the Landlord may provide written notice and pursue all rights and remedies available under law, including termination of tenancy and eviction.</w:t>
      </w:r>
    </w:p>
    <w:p>
      <w:r>
        <w:rPr>
          <w:b w:val="0"/>
          <w:sz w:val="20"/>
        </w:rPr>
        <w:t>If the Landlord breaches any material term, the Tenant may seek remedies as provided by law.</w:t>
      </w:r>
    </w:p>
    <w:p/>
    <w:p/>
    <w:p>
      <w:r>
        <w:rPr>
          <w:b/>
          <w:sz w:val="20"/>
        </w:rPr>
        <w:t>HOLD HARMLESS:</w:t>
      </w:r>
    </w:p>
    <w:p>
      <w:r>
        <w:rPr>
          <w:b w:val="0"/>
          <w:sz w:val="20"/>
        </w:rPr>
        <w:t>The Tenant agrees to indemnify and hold harmless the Landlord from any claims, damages, or liabilities arising out of the Tenant’s use or occupancy of the Premises, except those caused by the Landlord’s negligence or willful misconduct.</w:t>
      </w:r>
    </w:p>
    <w:p/>
    <w:p/>
    <w:p>
      <w:r>
        <w:rPr>
          <w:b/>
          <w:sz w:val="20"/>
        </w:rPr>
        <w:t>GOVERNING LAW:</w:t>
      </w:r>
    </w:p>
    <w:p>
      <w:r>
        <w:rPr>
          <w:b w:val="0"/>
          <w:sz w:val="20"/>
        </w:rPr>
        <w:t>This Agreement shall be governed by and construed in accordance with the laws of the State of __________________.</w:t>
      </w:r>
    </w:p>
    <w:p/>
    <w:p/>
    <w:p>
      <w:r>
        <w:rPr>
          <w:b/>
          <w:sz w:val="20"/>
        </w:rPr>
        <w:t>ENTIRE AGREEMENT:</w:t>
      </w:r>
    </w:p>
    <w:p>
      <w:r>
        <w:rPr>
          <w:b w:val="0"/>
          <w:sz w:val="20"/>
        </w:rPr>
        <w:t>This Agreement constitutes the entire understanding between the parties and supersedes all prior negotiations and agreements, whether written or oral.</w:t>
      </w:r>
    </w:p>
    <w:p>
      <w:r>
        <w:rPr>
          <w:b w:val="0"/>
          <w:sz w:val="20"/>
        </w:rPr>
        <w:t>Any modifications must be in writing and signed by both parties.</w:t>
      </w:r>
    </w:p>
    <w:p/>
    <w:p/>
    <w:p>
      <w:r>
        <w:rPr>
          <w:b/>
          <w:sz w:val="20"/>
        </w:rPr>
        <w:t>SEVERABILITY:</w:t>
      </w:r>
    </w:p>
    <w:p>
      <w:r>
        <w:rPr>
          <w:b w:val="0"/>
          <w:sz w:val="20"/>
        </w:rPr>
        <w:t>If any provision of this Agreement is deemed invalid or unenforceable, the remaining provisions shall remain in full force and effect.</w:t>
      </w:r>
    </w:p>
    <w:p/>
    <w:p/>
    <w:p>
      <w:pPr>
        <w:jc w:val="center"/>
      </w:pPr>
      <w:r>
        <w:rPr>
          <w:b w:val="0"/>
          <w:sz w:val="20"/>
        </w:rPr>
        <w:t>IN WITNESS WHEREOF, the parties hereto have executed this Lease Agreement as of the date set forth below.</w:t>
      </w:r>
    </w:p>
    <w:p/>
    <w:p/>
    <w:p>
      <w:r>
        <w:rPr>
          <w:b w:val="0"/>
          <w:sz w:val="20"/>
        </w:rPr>
        <w:t>Place of execution: _______________________________________________</w:t>
      </w:r>
    </w:p>
    <w:p>
      <w:r>
        <w:rPr>
          <w:b w:val="0"/>
          <w:sz w:val="20"/>
        </w:rPr>
        <w:t>Date of execution: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https://agreementdocs-us.com/simple-residential-lease-agreement/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imple-residential-lease-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