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VEHICLE LEASE AGREEMENT</w:t>
      </w:r>
    </w:p>
    <w:p/>
    <w:p>
      <w:r>
        <w:rPr>
          <w:b/>
          <w:sz w:val="20"/>
        </w:rPr>
        <w:t>This Vehicle Lease Agreement ("Agreement") is entered into by and between:</w:t>
      </w:r>
    </w:p>
    <w:p>
      <w:r>
        <w:rPr>
          <w:b/>
          <w:sz w:val="20"/>
        </w:rPr>
        <w:t>Lessor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Lessee (Renter):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Vehicle Description:</w:t>
      </w:r>
    </w:p>
    <w:p>
      <w:r>
        <w:rPr>
          <w:b w:val="0"/>
          <w:sz w:val="20"/>
        </w:rPr>
        <w:t>Make: ________________________________________________________________</w:t>
      </w:r>
    </w:p>
    <w:p>
      <w:r>
        <w:rPr>
          <w:b w:val="0"/>
          <w:sz w:val="20"/>
        </w:rPr>
        <w:t>Model: _______________________________________________________________</w:t>
      </w:r>
    </w:p>
    <w:p>
      <w:r>
        <w:rPr>
          <w:b w:val="0"/>
          <w:sz w:val="20"/>
        </w:rPr>
        <w:t>Year: ________________________________________________________________</w:t>
      </w:r>
    </w:p>
    <w:p>
      <w:r>
        <w:rPr>
          <w:b w:val="0"/>
          <w:sz w:val="20"/>
        </w:rPr>
        <w:t>Color: _______________________________________________________________</w:t>
      </w:r>
    </w:p>
    <w:p>
      <w:r>
        <w:rPr>
          <w:b w:val="0"/>
          <w:sz w:val="20"/>
        </w:rPr>
        <w:t>VIN (Vehicle Identification Number): ___________________________________</w:t>
      </w:r>
    </w:p>
    <w:p>
      <w:r>
        <w:rPr>
          <w:b w:val="0"/>
          <w:sz w:val="20"/>
        </w:rPr>
        <w:t>License Plate Number: _________________________________________________</w:t>
      </w:r>
    </w:p>
    <w:p/>
    <w:p>
      <w:r>
        <w:rPr>
          <w:b/>
          <w:sz w:val="20"/>
        </w:rPr>
        <w:t>Lease Term:</w:t>
      </w:r>
    </w:p>
    <w:p>
      <w:r>
        <w:rPr>
          <w:b w:val="0"/>
          <w:sz w:val="20"/>
        </w:rPr>
        <w:t>The lease will commence on the date the vehicle is delivered to the Lessee and shall continue until terminated by either party in accordance with this Agreement.</w:t>
      </w:r>
    </w:p>
    <w:p>
      <w:r>
        <w:rPr>
          <w:b w:val="0"/>
          <w:sz w:val="20"/>
        </w:rPr>
        <w:t>Lease Start Date: _____________________________________________________</w:t>
      </w:r>
    </w:p>
    <w:p>
      <w:r>
        <w:rPr>
          <w:b w:val="0"/>
          <w:sz w:val="20"/>
        </w:rPr>
        <w:t>Lease End Date: _______________________________________________________</w:t>
      </w:r>
    </w:p>
    <w:p/>
    <w:p>
      <w:r>
        <w:rPr>
          <w:b/>
          <w:sz w:val="20"/>
        </w:rPr>
        <w:t>Lease Payments:</w:t>
      </w:r>
    </w:p>
    <w:p>
      <w:r>
        <w:rPr>
          <w:b w:val="0"/>
          <w:sz w:val="20"/>
        </w:rPr>
        <w:t>Lessee agrees to pay Lessor the sum of $______________ per ______________ (e.g., week, month), payable in advance on the first day of each payment period.</w:t>
      </w:r>
    </w:p>
    <w:p>
      <w:r>
        <w:rPr>
          <w:b w:val="0"/>
          <w:sz w:val="20"/>
        </w:rPr>
        <w:t>Payments shall be made to the following address or account: ________________</w:t>
      </w:r>
    </w:p>
    <w:p/>
    <w:p>
      <w:r>
        <w:rPr>
          <w:b/>
          <w:sz w:val="20"/>
        </w:rPr>
        <w:t>Security Deposit:</w:t>
      </w:r>
    </w:p>
    <w:p>
      <w:r>
        <w:rPr>
          <w:b w:val="0"/>
          <w:sz w:val="20"/>
        </w:rPr>
        <w:t>Lessee shall pay a security deposit of $______________ to secure performance of all obligations under this Agreement. The deposit will be refunded within ______ days after the termination of the lease, less any deductions for damages, unpaid charges, or other lawful deductions.</w:t>
      </w:r>
    </w:p>
    <w:p/>
    <w:p>
      <w:r>
        <w:rPr>
          <w:b/>
          <w:sz w:val="20"/>
        </w:rPr>
        <w:t>Use of Vehicle:</w:t>
      </w:r>
    </w:p>
    <w:p>
      <w:r>
        <w:rPr>
          <w:b w:val="0"/>
          <w:sz w:val="20"/>
        </w:rPr>
        <w:t>Lessee agrees to use the vehicle in a careful and lawful manner and only for personal or business purposes permitted by law.</w:t>
      </w:r>
    </w:p>
    <w:p>
      <w:r>
        <w:rPr>
          <w:b w:val="0"/>
          <w:sz w:val="20"/>
        </w:rPr>
        <w:t>Lessee shall not permit any other person to operate the vehicle without prior written consent of the Lessor.</w:t>
      </w:r>
    </w:p>
    <w:p>
      <w:r>
        <w:rPr>
          <w:b w:val="0"/>
          <w:sz w:val="20"/>
        </w:rPr>
        <w:t>The vehicle shall not be used for racing, towing, transportation of hazardous materials, or any illegal activities.</w:t>
      </w:r>
    </w:p>
    <w:p/>
    <w:p>
      <w:r>
        <w:rPr>
          <w:b/>
          <w:sz w:val="20"/>
        </w:rPr>
        <w:t>Maintenance and Repairs:</w:t>
      </w:r>
    </w:p>
    <w:p>
      <w:r>
        <w:rPr>
          <w:b w:val="0"/>
          <w:sz w:val="20"/>
        </w:rPr>
        <w:t>Lessee shall maintain the vehicle in good condition and perform routine maintenance such as oil changes, tire pressure checks, and fluid levels at Lessee’s expense.</w:t>
      </w:r>
    </w:p>
    <w:p>
      <w:r>
        <w:rPr>
          <w:b w:val="0"/>
          <w:sz w:val="20"/>
        </w:rPr>
        <w:t>Any needed repairs arising from Lessee’s negligence or misuse shall be paid by Lessee.</w:t>
      </w:r>
    </w:p>
    <w:p>
      <w:r>
        <w:rPr>
          <w:b w:val="0"/>
          <w:sz w:val="20"/>
        </w:rPr>
        <w:t>Lessor shall be responsible for repairs resulting from normal wear and mechanical failures not caused by Lessee.</w:t>
      </w:r>
    </w:p>
    <w:p/>
    <w:p>
      <w:r>
        <w:rPr>
          <w:b/>
          <w:sz w:val="20"/>
        </w:rPr>
        <w:t>Insurance:</w:t>
      </w:r>
    </w:p>
    <w:p>
      <w:r>
        <w:rPr>
          <w:b w:val="0"/>
          <w:sz w:val="20"/>
        </w:rPr>
        <w:t>Lessee shall obtain and maintain comprehensive automobile insurance covering the vehicle, including liability, collision, and comprehensive coverage, with Lessor named as an additional insured or loss payee.</w:t>
      </w:r>
    </w:p>
    <w:p>
      <w:r>
        <w:rPr>
          <w:b w:val="0"/>
          <w:sz w:val="20"/>
        </w:rPr>
        <w:t>Proof of insurance must be provided to Lessor before taking possession of the vehicle and upon any renewal during the lease term.</w:t>
      </w:r>
    </w:p>
    <w:p/>
    <w:p>
      <w:r>
        <w:rPr>
          <w:b/>
          <w:sz w:val="20"/>
        </w:rPr>
        <w:t>Indemnification and Liability:</w:t>
      </w:r>
    </w:p>
    <w:p>
      <w:r>
        <w:rPr>
          <w:b w:val="0"/>
          <w:sz w:val="20"/>
        </w:rPr>
        <w:t>Lessee agrees to indemnify, defend, and hold harmless Lessor from any claims, damages, liabilities, or expenses arising from Lessee's use or possession of the vehicle, including but not limited to accidents, injuries, or fines.</w:t>
      </w:r>
    </w:p>
    <w:p>
      <w:r>
        <w:rPr>
          <w:b w:val="0"/>
          <w:sz w:val="20"/>
        </w:rPr>
        <w:t>Lessor shall not be liable for any loss or damage to Lessee's personal property kept in or on the vehicle.</w:t>
      </w:r>
    </w:p>
    <w:p/>
    <w:p>
      <w:r>
        <w:rPr>
          <w:b/>
          <w:sz w:val="20"/>
        </w:rPr>
        <w:t>Vehicle Return:</w:t>
      </w:r>
    </w:p>
    <w:p>
      <w:r>
        <w:rPr>
          <w:b w:val="0"/>
          <w:sz w:val="20"/>
        </w:rPr>
        <w:t>Lessee shall return the vehicle to Lessor upon termination of this Agreement in the same condition as received, reasonable wear and tear excepted.</w:t>
      </w:r>
    </w:p>
    <w:p>
      <w:r>
        <w:rPr>
          <w:b w:val="0"/>
          <w:sz w:val="20"/>
        </w:rPr>
        <w:t>Lessee shall be responsible for any damage to the vehicle beyond normal wear and tear, including missing equipment or accessories.</w:t>
      </w:r>
    </w:p>
    <w:p/>
    <w:p>
      <w:r>
        <w:rPr>
          <w:b/>
          <w:sz w:val="20"/>
        </w:rPr>
        <w:t>Default and Termination:</w:t>
      </w:r>
    </w:p>
    <w:p>
      <w:r>
        <w:rPr>
          <w:b w:val="0"/>
          <w:sz w:val="20"/>
        </w:rPr>
        <w:t>Either party may terminate this Agreement by providing written notice to the other party at least ______ days in advance.</w:t>
      </w:r>
    </w:p>
    <w:p>
      <w:r>
        <w:rPr>
          <w:b w:val="0"/>
          <w:sz w:val="20"/>
        </w:rPr>
        <w:t>Lessor may terminate immediately if Lessee breaches any terms of this Agreement, including failure to make payments or maintain insurance.</w:t>
      </w:r>
    </w:p>
    <w:p>
      <w:r>
        <w:rPr>
          <w:b w:val="0"/>
          <w:sz w:val="20"/>
        </w:rPr>
        <w:t>Upon termination, Lessee shall promptly return the vehicle and pay any amounts due.</w:t>
      </w:r>
    </w:p>
    <w:p/>
    <w:p>
      <w:r>
        <w:rPr>
          <w:b/>
          <w:sz w:val="20"/>
        </w:rPr>
        <w:t>Governing Law:</w:t>
      </w:r>
    </w:p>
    <w:p>
      <w:r>
        <w:rPr>
          <w:b w:val="0"/>
          <w:sz w:val="20"/>
        </w:rPr>
        <w:t>This Agreement shall be governed by and construed in accordance with the laws of the State of ____________________, without regard to its conflict of law principles.</w:t>
      </w:r>
    </w:p>
    <w:p/>
    <w:p>
      <w:r>
        <w:rPr>
          <w:b/>
          <w:sz w:val="20"/>
        </w:rPr>
        <w:t>Entire Agreement:</w:t>
      </w:r>
    </w:p>
    <w:p>
      <w:r>
        <w:rPr>
          <w:b w:val="0"/>
          <w:sz w:val="20"/>
        </w:rPr>
        <w:t>This Agreement constitutes the entire understanding between the parties and supersedes all prior negotiations, representations, or agreements, whether oral or written.</w:t>
      </w:r>
    </w:p>
    <w:p>
      <w:r>
        <w:rPr>
          <w:b w:val="0"/>
          <w:sz w:val="20"/>
        </w:rPr>
        <w:t>Any modifications must be in writing and signed by both parties.</w:t>
      </w:r>
    </w:p>
    <w:p/>
    <w:p>
      <w:r>
        <w:rPr>
          <w:b/>
          <w:sz w:val="20"/>
        </w:rPr>
        <w:t>Severability:</w:t>
      </w:r>
    </w:p>
    <w:p>
      <w:r>
        <w:rPr>
          <w:b w:val="0"/>
          <w:sz w:val="20"/>
        </w:rPr>
        <w:t>If any provision of this Agreement is found to be unenforceable or invalid, the remaining provisions shall remain in full force and effect.</w:t>
      </w:r>
    </w:p>
    <w:p/>
    <w:p>
      <w:r>
        <w:rPr>
          <w:b/>
          <w:sz w:val="20"/>
        </w:rPr>
        <w:t>IN WITNESS WHEREOF, the parties hereto have executed this Vehicle Lease Agreement as of the date signed below.</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https://agreementdocs-us.com/simple-vehicle-lease-agreement/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imple-vehicle-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