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SMALL BUSINESS PARTNERSHIP AGREEMENT</w:t>
      </w:r>
    </w:p>
    <w:p/>
    <w:p>
      <w:r>
        <w:rPr>
          <w:b/>
          <w:sz w:val="20"/>
        </w:rPr>
        <w:t>This Partnership Agreement ("Agreement") is entered into by and between the following Parties:</w:t>
      </w:r>
    </w:p>
    <w:p/>
    <w:p>
      <w:r>
        <w:rPr>
          <w:b/>
          <w:sz w:val="20"/>
        </w:rPr>
        <w:t>Partner 1 Information:</w:t>
      </w:r>
    </w:p>
    <w:p>
      <w:r>
        <w:rPr>
          <w:b w:val="0"/>
          <w:sz w:val="20"/>
        </w:rPr>
        <w:t>Full Legal Name: 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________________________________________________________________</w:t>
      </w:r>
    </w:p>
    <w:p/>
    <w:p>
      <w:r>
        <w:rPr>
          <w:b/>
          <w:sz w:val="20"/>
        </w:rPr>
        <w:t>Partner 2 Information:</w:t>
      </w:r>
    </w:p>
    <w:p>
      <w:r>
        <w:rPr>
          <w:b w:val="0"/>
          <w:sz w:val="20"/>
        </w:rPr>
        <w:t>Full Legal Name: 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the Parties desire to associate themselves as partners in business under the laws of the United States;</w:t>
      </w:r>
    </w:p>
    <w:p>
      <w:r>
        <w:rPr>
          <w:b w:val="0"/>
          <w:sz w:val="20"/>
        </w:rPr>
        <w:t>WHEREAS, the Parties wish to set forth the terms and conditions of their partnership in writing;</w:t>
      </w:r>
    </w:p>
    <w:p>
      <w:r>
        <w:rPr>
          <w:b w:val="0"/>
          <w:sz w:val="20"/>
        </w:rPr>
        <w:t>NOW, THEREFORE, in consideration of the mutual covenants and agreements contained herein, the Parties agree as follows:</w:t>
      </w:r>
    </w:p>
    <w:p/>
    <w:p>
      <w:r>
        <w:rPr>
          <w:b/>
          <w:sz w:val="20"/>
        </w:rPr>
        <w:t>Article 1 – Formation of Partnership</w:t>
      </w:r>
    </w:p>
    <w:p>
      <w:r>
        <w:rPr>
          <w:b w:val="0"/>
          <w:sz w:val="20"/>
        </w:rPr>
        <w:t>The Parties hereby form a partnership (the "Partnership") pursuant to the laws of the United States and the applicable state laws. The name of the Partnership shall be: ________________________________.</w:t>
      </w:r>
    </w:p>
    <w:p/>
    <w:p>
      <w:r>
        <w:rPr>
          <w:b/>
          <w:sz w:val="20"/>
        </w:rPr>
        <w:t>Article 2 – Purpose</w:t>
      </w:r>
    </w:p>
    <w:p>
      <w:r>
        <w:rPr>
          <w:b w:val="0"/>
          <w:sz w:val="20"/>
        </w:rPr>
        <w:t>The purpose of the Partnership is to engage in the business of ____________________________________________ and any other lawful business activities agreed upon by the Partners.</w:t>
      </w:r>
    </w:p>
    <w:p/>
    <w:p>
      <w:r>
        <w:rPr>
          <w:b/>
          <w:sz w:val="20"/>
        </w:rPr>
        <w:t>Article 3 – Principal Place of Business</w:t>
      </w:r>
    </w:p>
    <w:p>
      <w:r>
        <w:rPr>
          <w:b w:val="0"/>
          <w:sz w:val="20"/>
        </w:rPr>
        <w:t>The principal office and place of business of the Partnership shall be located at: _______________________________________________. The Partnership may change its principal place of business upon agreement of all Partners.</w:t>
      </w:r>
    </w:p>
    <w:p/>
    <w:p>
      <w:r>
        <w:rPr>
          <w:b/>
          <w:sz w:val="20"/>
        </w:rPr>
        <w:t>Article 4 – Term</w:t>
      </w:r>
    </w:p>
    <w:p>
      <w:r>
        <w:rPr>
          <w:b w:val="0"/>
          <w:sz w:val="20"/>
        </w:rPr>
        <w:t>The Partnership shall commence upon execution of this Agreement and shall continue until terminated as provided herein.</w:t>
      </w:r>
    </w:p>
    <w:p/>
    <w:p>
      <w:r>
        <w:rPr>
          <w:b/>
          <w:sz w:val="20"/>
        </w:rPr>
        <w:t>Article 5 – Capital Contributions</w:t>
      </w:r>
    </w:p>
    <w:p>
      <w:r>
        <w:rPr>
          <w:b w:val="0"/>
          <w:sz w:val="20"/>
        </w:rPr>
        <w:t>Each Partner shall contribute to the Partnership capital as follows:</w:t>
      </w:r>
    </w:p>
    <w:p>
      <w:r>
        <w:rPr>
          <w:b w:val="0"/>
          <w:sz w:val="20"/>
        </w:rPr>
        <w:t>Partner 1: $____________________________ (specify cash, property, or services)</w:t>
      </w:r>
    </w:p>
    <w:p>
      <w:r>
        <w:rPr>
          <w:b w:val="0"/>
          <w:sz w:val="20"/>
        </w:rPr>
        <w:t>Partner 2: $____________________________ (specify cash, property, or services)</w:t>
      </w:r>
    </w:p>
    <w:p>
      <w:r>
        <w:rPr>
          <w:b w:val="0"/>
          <w:sz w:val="20"/>
        </w:rPr>
        <w:t>Additional contributions may be made upon unanimous consent of the Partners.</w:t>
      </w:r>
    </w:p>
    <w:p/>
    <w:p>
      <w:r>
        <w:rPr>
          <w:b/>
          <w:sz w:val="20"/>
        </w:rPr>
        <w:t>Article 6 – Sharing of Profits and Losses</w:t>
      </w:r>
    </w:p>
    <w:p>
      <w:r>
        <w:rPr>
          <w:b w:val="0"/>
          <w:sz w:val="20"/>
        </w:rPr>
        <w:t>All profits and losses of the Partnership shall be allocated and borne by the Partners in the following proportions unless otherwise agreed in writing:</w:t>
      </w:r>
    </w:p>
    <w:p>
      <w:r>
        <w:rPr>
          <w:b w:val="0"/>
          <w:sz w:val="20"/>
        </w:rPr>
        <w:t>Partner 1: ____________%</w:t>
      </w:r>
    </w:p>
    <w:p>
      <w:r>
        <w:rPr>
          <w:b w:val="0"/>
          <w:sz w:val="20"/>
        </w:rPr>
        <w:t>Partner 2: ____________%</w:t>
      </w:r>
    </w:p>
    <w:p/>
    <w:p>
      <w:r>
        <w:rPr>
          <w:b/>
          <w:sz w:val="20"/>
        </w:rPr>
        <w:t>Article 7 – Management and Duties of the Partners</w:t>
      </w:r>
    </w:p>
    <w:p>
      <w:r>
        <w:rPr>
          <w:b w:val="0"/>
          <w:sz w:val="20"/>
        </w:rPr>
        <w:t>All Partners shall participate equally in the management and control of the Partnership unless otherwise agreed. Decisions shall be made by unanimous consent except as otherwise provided. The Partners shall devote such time and effort as is reasonably necessary to conduct the Partnership business.</w:t>
      </w:r>
    </w:p>
    <w:p/>
    <w:p>
      <w:r>
        <w:rPr>
          <w:b/>
          <w:sz w:val="20"/>
        </w:rPr>
        <w:t>Article 8 – Banking and Records</w:t>
      </w:r>
    </w:p>
    <w:p>
      <w:r>
        <w:rPr>
          <w:b w:val="0"/>
          <w:sz w:val="20"/>
        </w:rPr>
        <w:t>All funds of the Partnership shall be deposited in its name in such checking or savings accounts as shall be designated by the Partners. Accurate and complete books and records of the Partnership’s operations and transactions shall be kept and be available to any Partner at reasonable times.</w:t>
      </w:r>
    </w:p>
    <w:p/>
    <w:p>
      <w:r>
        <w:rPr>
          <w:b/>
          <w:sz w:val="20"/>
        </w:rPr>
        <w:t>Article 9 – Withdrawal or Addition of a Partner</w:t>
      </w:r>
    </w:p>
    <w:p>
      <w:r>
        <w:rPr>
          <w:b w:val="0"/>
          <w:sz w:val="20"/>
        </w:rPr>
        <w:t>No Partner may withdraw from the Partnership or admit a new Partner except with the unanimous written consent of all existing Partners. Upon withdrawal or addition, this Agreement shall be amended accordingly and the Partnership’s assets and liabilities adjusted fairly and equitably.</w:t>
      </w:r>
    </w:p>
    <w:p/>
    <w:p>
      <w:r>
        <w:rPr>
          <w:b/>
          <w:sz w:val="20"/>
        </w:rPr>
        <w:t>Article 10 – Dissolution</w:t>
      </w:r>
    </w:p>
    <w:p>
      <w:r>
        <w:rPr>
          <w:b w:val="0"/>
          <w:sz w:val="20"/>
        </w:rPr>
        <w:t>The Partnership shall be dissolved upon the occurrence of any of the following events:</w:t>
      </w:r>
    </w:p>
    <w:p>
      <w:r>
        <w:rPr>
          <w:b w:val="0"/>
          <w:sz w:val="20"/>
        </w:rPr>
        <w:t>- Mutual agreement of the Partners;</w:t>
      </w:r>
    </w:p>
    <w:p>
      <w:r>
        <w:rPr>
          <w:b w:val="0"/>
          <w:sz w:val="20"/>
        </w:rPr>
        <w:t>- Death, bankruptcy, or incompetency of a Partner;</w:t>
      </w:r>
    </w:p>
    <w:p>
      <w:r>
        <w:rPr>
          <w:b w:val="0"/>
          <w:sz w:val="20"/>
        </w:rPr>
        <w:t>- Entry of a decree of judicial dissolution;</w:t>
      </w:r>
    </w:p>
    <w:p>
      <w:r>
        <w:rPr>
          <w:b w:val="0"/>
          <w:sz w:val="20"/>
        </w:rPr>
        <w:t>- Other events as agreed by the Partners in writing.</w:t>
      </w:r>
    </w:p>
    <w:p>
      <w:r>
        <w:rPr>
          <w:b w:val="0"/>
          <w:sz w:val="20"/>
        </w:rPr>
        <w:t>Upon dissolution, the Partnership’s assets shall be liquidated, debts paid, and remaining assets distributed to the Partners in accordance with their respective interests.</w:t>
      </w:r>
    </w:p>
    <w:p/>
    <w:p>
      <w:r>
        <w:rPr>
          <w:b/>
          <w:sz w:val="20"/>
        </w:rPr>
        <w:t>Article 11 – Confidentiality</w:t>
      </w:r>
    </w:p>
    <w:p>
      <w:r>
        <w:rPr>
          <w:b w:val="0"/>
          <w:sz w:val="20"/>
        </w:rPr>
        <w:t>Each Partner agrees to maintain in confidence and not disclose any confidential information pertaining to the Partnership or its business without prior written consent, except as required by law.</w:t>
      </w:r>
    </w:p>
    <w:p/>
    <w:p>
      <w:r>
        <w:rPr>
          <w:b/>
          <w:sz w:val="20"/>
        </w:rPr>
        <w:t>Article 12 – Non-Compete</w:t>
      </w:r>
    </w:p>
    <w:p>
      <w:r>
        <w:rPr>
          <w:b w:val="0"/>
          <w:sz w:val="20"/>
        </w:rPr>
        <w:t>During the term of the Partnership and for a period of one (1) year thereafter, no Partner shall engage in any business that directly competes with the Partnership within the geographic area in which the Partnership operates.</w:t>
      </w:r>
    </w:p>
    <w:p/>
    <w:p>
      <w:r>
        <w:rPr>
          <w:b/>
          <w:sz w:val="20"/>
        </w:rPr>
        <w:t>Article 13 – Dispute Resolution</w:t>
      </w:r>
    </w:p>
    <w:p>
      <w:r>
        <w:rPr>
          <w:b w:val="0"/>
          <w:sz w:val="20"/>
        </w:rPr>
        <w:t>Any dispute arising out of or relating to this Agreement shall be resolved first by good faith negotiation between the Partners. If unresolved, the dispute shall be submitted to binding arbitration under the rules of the American Arbitration Association, with the arbitration held in the state of _______________________________________.</w:t>
      </w:r>
    </w:p>
    <w:p/>
    <w:p>
      <w:r>
        <w:rPr>
          <w:b/>
          <w:sz w:val="20"/>
        </w:rPr>
        <w:t>Article 14 – Governing Law</w:t>
      </w:r>
    </w:p>
    <w:p>
      <w:r>
        <w:rPr>
          <w:b w:val="0"/>
          <w:sz w:val="20"/>
        </w:rPr>
        <w:t>This Agreement shall be governed by and construed in accordance with the laws of the United States of America and the State of ______________________________________.</w:t>
      </w:r>
    </w:p>
    <w:p/>
    <w:p>
      <w:r>
        <w:rPr>
          <w:b/>
          <w:sz w:val="20"/>
        </w:rPr>
        <w:t>Article 15 – Amendments</w:t>
      </w:r>
    </w:p>
    <w:p>
      <w:r>
        <w:rPr>
          <w:b w:val="0"/>
          <w:sz w:val="20"/>
        </w:rPr>
        <w:t>This Agreement may be amended or modified only by a written agreement signed by all Partners.</w:t>
      </w:r>
    </w:p>
    <w:p/>
    <w:p>
      <w:r>
        <w:rPr>
          <w:b/>
          <w:sz w:val="20"/>
        </w:rPr>
        <w:t>Article 16 – Entire Agreement</w:t>
      </w:r>
    </w:p>
    <w:p>
      <w:r>
        <w:rPr>
          <w:b w:val="0"/>
          <w:sz w:val="20"/>
        </w:rPr>
        <w:t>This Agreement constitutes the entire agreement among the Partners and supersedes all prior agreements and understandings, oral or written, relating to the Partnership.</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https://agreementdocs-us.com/small-business-partnership-agreement/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mall-business-partnership-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