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UNCONTESTED DIVORCE AGREEMENT</w:t>
      </w:r>
    </w:p>
    <w:p/>
    <w:p/>
    <w:p>
      <w:r>
        <w:rPr>
          <w:b/>
          <w:sz w:val="20"/>
        </w:rPr>
        <w:t>This Uncontested Divorce Agreement ("Agreement") is made by and between:</w:t>
      </w:r>
    </w:p>
    <w:p/>
    <w:p>
      <w:r>
        <w:rPr>
          <w:b/>
          <w:sz w:val="20"/>
        </w:rPr>
        <w:t>Petitioner: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Respondent:</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0"/>
        </w:rPr>
        <w:t>RECITALS</w:t>
      </w:r>
    </w:p>
    <w:p>
      <w:r>
        <w:rPr>
          <w:b w:val="0"/>
          <w:sz w:val="20"/>
        </w:rPr>
        <w:t>WHEREAS, the Parties were lawfully married and have decided to dissolve their marriage by mutual consent without contest;</w:t>
      </w:r>
    </w:p>
    <w:p>
      <w:r>
        <w:rPr>
          <w:b w:val="0"/>
          <w:sz w:val="20"/>
        </w:rPr>
        <w:t>WHEREAS, the Parties desire to resolve all matters concerning their marital relationship, including custody, support, property, and debts, amicably and without litigation;</w:t>
      </w:r>
    </w:p>
    <w:p>
      <w:r>
        <w:rPr>
          <w:b w:val="0"/>
          <w:sz w:val="20"/>
        </w:rPr>
        <w:t>NOW, THEREFORE, in consideration of the mutual covenants and promises contained herein, the Parties agree as follows:</w:t>
      </w:r>
    </w:p>
    <w:p/>
    <w:p/>
    <w:p>
      <w:r>
        <w:rPr>
          <w:b/>
          <w:sz w:val="20"/>
        </w:rPr>
        <w:t>1. Marriage and Separation</w:t>
      </w:r>
    </w:p>
    <w:p>
      <w:r>
        <w:rPr>
          <w:b w:val="0"/>
          <w:sz w:val="20"/>
        </w:rPr>
        <w:t>The Parties were married on ________________________________________________________. They separated on ________________________________________________________. There are no legal impediments to the dissolution of their marriage.</w:t>
      </w:r>
    </w:p>
    <w:p/>
    <w:p>
      <w:r>
        <w:rPr>
          <w:b/>
          <w:sz w:val="20"/>
        </w:rPr>
        <w:t>2. Jurisdiction</w:t>
      </w:r>
    </w:p>
    <w:p>
      <w:r>
        <w:rPr>
          <w:b w:val="0"/>
          <w:sz w:val="20"/>
        </w:rPr>
        <w:t>The Parties acknowledge that this Agreement shall be governed by and interpreted in accordance with the laws of the State of ____________________, United States of America, and that the Family Court of ____________________ County shall have jurisdiction to enforce this Agreement.</w:t>
      </w:r>
    </w:p>
    <w:p/>
    <w:p>
      <w:r>
        <w:rPr>
          <w:b/>
          <w:sz w:val="20"/>
        </w:rPr>
        <w:t>3. Custody and Visitation of Minor Children</w:t>
      </w:r>
    </w:p>
    <w:p>
      <w:r>
        <w:rPr>
          <w:b w:val="0"/>
          <w:sz w:val="20"/>
        </w:rPr>
        <w:t>The Parties acknowledge the following minor children born of their marriage:</w:t>
      </w:r>
    </w:p>
    <w:p>
      <w:r>
        <w:rPr>
          <w:b w:val="0"/>
          <w:sz w:val="20"/>
        </w:rPr>
        <w:t>Name: ______________________    Date of Birth: ______________________</w:t>
      </w:r>
    </w:p>
    <w:p>
      <w:r>
        <w:rPr>
          <w:b w:val="0"/>
          <w:sz w:val="20"/>
        </w:rPr>
        <w:t>Name: ______________________    Date of Birth: ______________________</w:t>
      </w:r>
    </w:p>
    <w:p>
      <w:r>
        <w:rPr>
          <w:b w:val="0"/>
          <w:sz w:val="20"/>
        </w:rPr>
      </w:r>
    </w:p>
    <w:p>
      <w:r>
        <w:rPr>
          <w:b w:val="0"/>
          <w:sz w:val="20"/>
        </w:rPr>
        <w:t>a) Legal Custody: The Parties agree that legal custody of the minor child(ren) shall be:</w:t>
      </w:r>
    </w:p>
    <w:p>
      <w:r>
        <w:rPr>
          <w:b w:val="0"/>
          <w:sz w:val="20"/>
        </w:rPr>
        <w:t xml:space="preserve">   [ ] Joint Legal Custody</w:t>
      </w:r>
    </w:p>
    <w:p>
      <w:r>
        <w:rPr>
          <w:b w:val="0"/>
          <w:sz w:val="20"/>
        </w:rPr>
        <w:t xml:space="preserve">   [ ] Sole Legal Custody to Petitioner</w:t>
      </w:r>
    </w:p>
    <w:p>
      <w:r>
        <w:rPr>
          <w:b w:val="0"/>
          <w:sz w:val="20"/>
        </w:rPr>
        <w:t xml:space="preserve">   [ ] Sole Legal Custody to Respondent</w:t>
      </w:r>
    </w:p>
    <w:p>
      <w:r>
        <w:rPr>
          <w:b w:val="0"/>
          <w:sz w:val="20"/>
        </w:rPr>
      </w:r>
    </w:p>
    <w:p>
      <w:r>
        <w:rPr>
          <w:b w:val="0"/>
          <w:sz w:val="20"/>
        </w:rPr>
        <w:t>b) Physical Custody and Visitation: The Parties agree that physical custody and visitation shall be as follows:</w:t>
      </w:r>
    </w:p>
    <w:p>
      <w:r>
        <w:rPr>
          <w:b w:val="0"/>
          <w:sz w:val="20"/>
        </w:rPr>
        <w:t xml:space="preserve">   [ ] Joint Physical Custody with agreed visitation schedule</w:t>
      </w:r>
    </w:p>
    <w:p>
      <w:r>
        <w:rPr>
          <w:b w:val="0"/>
          <w:sz w:val="20"/>
        </w:rPr>
        <w:t xml:space="preserve">   [ ] Primary physical custody to Petitioner with visitation rights to Respondent as follows:</w:t>
      </w:r>
    </w:p>
    <w:p>
      <w:r>
        <w:rPr>
          <w:b w:val="0"/>
          <w:sz w:val="20"/>
        </w:rPr>
        <w:t xml:space="preserve">         _______________________________________________________________________</w:t>
      </w:r>
    </w:p>
    <w:p>
      <w:r>
        <w:rPr>
          <w:b w:val="0"/>
          <w:sz w:val="20"/>
        </w:rPr>
        <w:t xml:space="preserve">   [ ] Primary physical custody to Respondent with visitation rights to Petitioner as follows:</w:t>
      </w:r>
    </w:p>
    <w:p>
      <w:r>
        <w:rPr>
          <w:b w:val="0"/>
          <w:sz w:val="20"/>
        </w:rPr>
        <w:t xml:space="preserve">         _______________________________________________________________________</w:t>
      </w:r>
    </w:p>
    <w:p/>
    <w:p>
      <w:r>
        <w:rPr>
          <w:b/>
          <w:sz w:val="20"/>
        </w:rPr>
        <w:t>4. Child Support</w:t>
      </w:r>
    </w:p>
    <w:p>
      <w:r>
        <w:rPr>
          <w:b w:val="0"/>
          <w:sz w:val="20"/>
        </w:rPr>
        <w:t>The Parties agree that child support shall be paid as follows:</w:t>
      </w:r>
    </w:p>
    <w:p>
      <w:r>
        <w:rPr>
          <w:b w:val="0"/>
          <w:sz w:val="20"/>
        </w:rPr>
        <w:t>Amount: $________________ per month</w:t>
      </w:r>
    </w:p>
    <w:p>
      <w:r>
        <w:rPr>
          <w:b w:val="0"/>
          <w:sz w:val="20"/>
        </w:rPr>
        <w:t>Payor: ________________________________________________________________</w:t>
      </w:r>
    </w:p>
    <w:p>
      <w:r>
        <w:rPr>
          <w:b w:val="0"/>
          <w:sz w:val="20"/>
        </w:rPr>
        <w:t>Payment due on the ______ day of each month, beginning on __________________.</w:t>
      </w:r>
    </w:p>
    <w:p>
      <w:r>
        <w:rPr>
          <w:b w:val="0"/>
          <w:sz w:val="20"/>
        </w:rPr>
        <w:t>Payments shall be made by __________________________________________________ (e.g., check, direct deposit).</w:t>
      </w:r>
    </w:p>
    <w:p>
      <w:r>
        <w:rPr>
          <w:b w:val="0"/>
          <w:sz w:val="20"/>
        </w:rPr>
        <w:t>The Parties agree to comply with applicable state child support guidelines and any court orders.</w:t>
      </w:r>
    </w:p>
    <w:p/>
    <w:p>
      <w:r>
        <w:rPr>
          <w:b/>
          <w:sz w:val="20"/>
        </w:rPr>
        <w:t>5. Spousal Support (Alimony)</w:t>
      </w:r>
    </w:p>
    <w:p>
      <w:r>
        <w:rPr>
          <w:b w:val="0"/>
          <w:sz w:val="20"/>
        </w:rPr>
        <w:t>The Parties agree that spousal support shall be as follows:</w:t>
      </w:r>
    </w:p>
    <w:p>
      <w:r>
        <w:rPr>
          <w:b w:val="0"/>
          <w:sz w:val="20"/>
        </w:rPr>
        <w:t>Amount: $________________ per month</w:t>
      </w:r>
    </w:p>
    <w:p>
      <w:r>
        <w:rPr>
          <w:b w:val="0"/>
          <w:sz w:val="20"/>
        </w:rPr>
        <w:t>Payor: ________________________________________________________________</w:t>
      </w:r>
    </w:p>
    <w:p>
      <w:r>
        <w:rPr>
          <w:b w:val="0"/>
          <w:sz w:val="20"/>
        </w:rPr>
        <w:t>Duration: _______________________________________________________________</w:t>
      </w:r>
    </w:p>
    <w:p>
      <w:r>
        <w:rPr>
          <w:b w:val="0"/>
          <w:sz w:val="20"/>
        </w:rPr>
        <w:t>Payments shall be made by __________________________________________________ (e.g., check, direct deposit).</w:t>
      </w:r>
    </w:p>
    <w:p>
      <w:r>
        <w:rPr>
          <w:b w:val="0"/>
          <w:sz w:val="20"/>
        </w:rPr>
        <w:t>Alternatively, the Parties agree that no spousal support shall be paid.</w:t>
      </w:r>
    </w:p>
    <w:p/>
    <w:p>
      <w:r>
        <w:rPr>
          <w:b/>
          <w:sz w:val="20"/>
        </w:rPr>
        <w:t>6. Division of Property</w:t>
      </w:r>
    </w:p>
    <w:p>
      <w:r>
        <w:rPr>
          <w:b w:val="0"/>
          <w:sz w:val="20"/>
        </w:rPr>
        <w:t>The Parties agree to the following division of all marital property, whether real, personal, or financial in nature:</w:t>
      </w:r>
    </w:p>
    <w:p>
      <w:r>
        <w:rPr>
          <w:b w:val="0"/>
          <w:sz w:val="20"/>
        </w:rPr>
        <w:t>a) Real Property:</w:t>
      </w:r>
    </w:p>
    <w:p>
      <w:r>
        <w:rPr>
          <w:b w:val="0"/>
          <w:sz w:val="20"/>
        </w:rPr>
        <w:t xml:space="preserve">    Address: ____________________________________________________________</w:t>
      </w:r>
    </w:p>
    <w:p>
      <w:r>
        <w:rPr>
          <w:b w:val="0"/>
          <w:sz w:val="20"/>
        </w:rPr>
        <w:t xml:space="preserve">    Ownership to be transferred to: _______________________________________</w:t>
      </w:r>
    </w:p>
    <w:p>
      <w:r>
        <w:rPr>
          <w:b w:val="0"/>
          <w:sz w:val="20"/>
        </w:rPr>
        <w:t xml:space="preserve">    Terms of transfer (sale, refinance, buyout, etc.): _________________________</w:t>
      </w:r>
    </w:p>
    <w:p>
      <w:r>
        <w:rPr>
          <w:b w:val="0"/>
          <w:sz w:val="20"/>
        </w:rPr>
      </w:r>
    </w:p>
    <w:p>
      <w:r>
        <w:rPr>
          <w:b w:val="0"/>
          <w:sz w:val="20"/>
        </w:rPr>
        <w:t>b) Personal Property:</w:t>
      </w:r>
    </w:p>
    <w:p>
      <w:r>
        <w:rPr>
          <w:b w:val="0"/>
          <w:sz w:val="20"/>
        </w:rPr>
        <w:t xml:space="preserve">    The Parties agree to the division of personal property as follows:</w:t>
      </w:r>
    </w:p>
    <w:p>
      <w:r>
        <w:rPr>
          <w:b w:val="0"/>
          <w:sz w:val="20"/>
        </w:rPr>
        <w:t xml:space="preserve">    _______________________________________________________________________</w:t>
      </w:r>
    </w:p>
    <w:p>
      <w:r>
        <w:rPr>
          <w:b w:val="0"/>
          <w:sz w:val="20"/>
        </w:rPr>
      </w:r>
    </w:p>
    <w:p>
      <w:r>
        <w:rPr>
          <w:b w:val="0"/>
          <w:sz w:val="20"/>
        </w:rPr>
        <w:t>c) Financial Accounts and Investments:</w:t>
      </w:r>
    </w:p>
    <w:p>
      <w:r>
        <w:rPr>
          <w:b w:val="0"/>
          <w:sz w:val="20"/>
        </w:rPr>
        <w:t xml:space="preserve">    The Parties agree to divide the following accounts and investments:</w:t>
      </w:r>
    </w:p>
    <w:p>
      <w:r>
        <w:rPr>
          <w:b w:val="0"/>
          <w:sz w:val="20"/>
        </w:rPr>
        <w:t xml:space="preserve">    _______________________________________________________________________</w:t>
      </w:r>
    </w:p>
    <w:p>
      <w:r>
        <w:rPr>
          <w:b w:val="0"/>
          <w:sz w:val="20"/>
        </w:rPr>
      </w:r>
    </w:p>
    <w:p>
      <w:r>
        <w:rPr>
          <w:b w:val="0"/>
          <w:sz w:val="20"/>
        </w:rPr>
        <w:t>d) Vehicles:</w:t>
      </w:r>
    </w:p>
    <w:p>
      <w:r>
        <w:rPr>
          <w:b w:val="0"/>
          <w:sz w:val="20"/>
        </w:rPr>
        <w:t xml:space="preserve">    Make/Model: ___________________    Owner after divorce: _________________</w:t>
      </w:r>
    </w:p>
    <w:p>
      <w:r>
        <w:rPr>
          <w:b w:val="0"/>
          <w:sz w:val="20"/>
        </w:rPr>
        <w:t xml:space="preserve">    Make/Model: ___________________    Owner after divorce: _________________</w:t>
      </w:r>
    </w:p>
    <w:p/>
    <w:p>
      <w:r>
        <w:rPr>
          <w:b/>
          <w:sz w:val="20"/>
        </w:rPr>
        <w:t>7. Division of Debts</w:t>
      </w:r>
    </w:p>
    <w:p>
      <w:r>
        <w:rPr>
          <w:b w:val="0"/>
          <w:sz w:val="20"/>
        </w:rPr>
        <w:t>The Parties agree to be responsible for the following debts as indicated:</w:t>
      </w:r>
    </w:p>
    <w:p>
      <w:r>
        <w:rPr>
          <w:b w:val="0"/>
          <w:sz w:val="20"/>
        </w:rPr>
        <w:t>a) Creditor: ____________________________    Responsible Party: ____________</w:t>
      </w:r>
    </w:p>
    <w:p>
      <w:r>
        <w:rPr>
          <w:b w:val="0"/>
          <w:sz w:val="20"/>
        </w:rPr>
        <w:t>b) Creditor: ____________________________    Responsible Party: ____________</w:t>
      </w:r>
    </w:p>
    <w:p>
      <w:r>
        <w:rPr>
          <w:b w:val="0"/>
          <w:sz w:val="20"/>
        </w:rPr>
        <w:t>c) Creditor: ____________________________    Responsible Party: ____________</w:t>
      </w:r>
    </w:p>
    <w:p/>
    <w:p>
      <w:r>
        <w:rPr>
          <w:b/>
          <w:sz w:val="20"/>
        </w:rPr>
        <w:t>8. Taxes</w:t>
      </w:r>
    </w:p>
    <w:p>
      <w:r>
        <w:rPr>
          <w:b w:val="0"/>
          <w:sz w:val="20"/>
        </w:rPr>
        <w:t>The Parties agree to cooperate in preparing and filing all tax returns and pay any taxes or refunds due. The Parties agree that any tax benefits or liabilities related to the divorce, custody, support, or property division shall be allocated as follows:</w:t>
      </w:r>
    </w:p>
    <w:p>
      <w:r>
        <w:rPr>
          <w:b w:val="0"/>
          <w:sz w:val="20"/>
        </w:rPr>
        <w:t>___________________________________________________________________________</w:t>
      </w:r>
    </w:p>
    <w:p/>
    <w:p>
      <w:r>
        <w:rPr>
          <w:b/>
          <w:sz w:val="20"/>
        </w:rPr>
        <w:t>9. Mutual Release</w:t>
      </w:r>
    </w:p>
    <w:p>
      <w:r>
        <w:rPr>
          <w:b w:val="0"/>
          <w:sz w:val="20"/>
        </w:rPr>
        <w:t>Upon full compliance with this Agreement and the final divorce decree, the Parties mutually release and discharge each other from any further claims, demands, actions, or liabilities arising from the marriage, except as otherwise provided herein or by law.</w:t>
      </w:r>
    </w:p>
    <w:p/>
    <w:p>
      <w:r>
        <w:rPr>
          <w:b/>
          <w:sz w:val="20"/>
        </w:rPr>
        <w:t>10. Legal Representation and Advice</w:t>
      </w:r>
    </w:p>
    <w:p>
      <w:r>
        <w:rPr>
          <w:b w:val="0"/>
          <w:sz w:val="20"/>
        </w:rPr>
        <w:t>Each Party acknowledges that they have had the opportunity to seek independent legal advice regarding this Agreement and enter into it voluntarily, without duress or undue influence.</w:t>
      </w:r>
    </w:p>
    <w:p/>
    <w:p>
      <w:r>
        <w:rPr>
          <w:b/>
          <w:sz w:val="20"/>
        </w:rPr>
        <w:t>11. Entire Agreement</w:t>
      </w:r>
    </w:p>
    <w:p>
      <w:r>
        <w:rPr>
          <w:b w:val="0"/>
          <w:sz w:val="20"/>
        </w:rPr>
        <w:t>This Agreement contains the entire understanding of the Parties and supersedes all prior agreements, negotiations, and understandings, whether written or oral, relating to the subject matter herein.</w:t>
      </w:r>
    </w:p>
    <w:p/>
    <w:p>
      <w:r>
        <w:rPr>
          <w:b/>
          <w:sz w:val="20"/>
        </w:rPr>
        <w:t>12. Modification</w:t>
      </w:r>
    </w:p>
    <w:p>
      <w:r>
        <w:rPr>
          <w:b w:val="0"/>
          <w:sz w:val="20"/>
        </w:rPr>
        <w:t>This Agreement may be modified only by a written instrument signed by both Parties and approved by the court where applicable.</w:t>
      </w:r>
    </w:p>
    <w:p/>
    <w:p>
      <w:r>
        <w:rPr>
          <w:b/>
          <w:sz w:val="20"/>
        </w:rPr>
        <w:t>13. Enforcement</w:t>
      </w:r>
    </w:p>
    <w:p>
      <w:r>
        <w:rPr>
          <w:b w:val="0"/>
          <w:sz w:val="20"/>
        </w:rPr>
        <w:t>This Agreement shall be incorporated into the final divorce decree and is enforceable as a contract and court order. Failure to comply with its terms may result in legal consequences, including contempt of court.</w:t>
      </w:r>
    </w:p>
    <w:p/>
    <w:p/>
    <w:p>
      <w:r>
        <w:rPr>
          <w:b/>
          <w:sz w:val="20"/>
        </w:rPr>
        <w:t>IN WITNESS WHEREOF, the Parties have executed this Agreement as of the date indicated below.</w:t>
      </w:r>
    </w:p>
    <w:p/>
    <w:p/>
    <w:p>
      <w:r>
        <w:rPr>
          <w:b w:val="0"/>
          <w:sz w:val="20"/>
        </w:rPr>
        <w:t>Place: __________________________________________________________</w:t>
      </w:r>
    </w:p>
    <w:p>
      <w:r>
        <w:rPr>
          <w:b w:val="0"/>
          <w:sz w:val="20"/>
        </w:rPr>
        <w:t>Date: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Petitioner</w:t>
            </w:r>
          </w:p>
        </w:tc>
        <w:tc>
          <w:tcPr>
            <w:tcW w:type="dxa" w:w="4986"/>
            <w:tcBorders>
              <w:top w:val="nil"/>
              <w:left w:val="nil"/>
              <w:bottom w:val="nil"/>
              <w:right w:val="nil"/>
              <w:insideH w:val="nil"/>
              <w:insideV w:val="nil"/>
            </w:tcBorders>
          </w:tcPr>
          <w:p>
            <w:pPr>
              <w:jc w:val="center"/>
            </w:pPr>
            <w:r>
              <w:t>Respondent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https://agreementdocs-us.com/uncontested-divorce-agreement/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uncontested-divorc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