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LEASE TO OWN AGREEMENT</w:t>
      </w:r>
    </w:p>
    <w:p/>
    <w:p>
      <w:r>
        <w:rPr>
          <w:b/>
          <w:sz w:val="20"/>
        </w:rPr>
        <w:t>Lessor Information:</w:t>
      </w:r>
    </w:p>
    <w:p>
      <w:r>
        <w:rPr>
          <w:b w:val="0"/>
          <w:sz w:val="20"/>
        </w:rPr>
        <w:t>Full Legal Name: ______________________________________________________________</w:t>
      </w:r>
    </w:p>
    <w:p>
      <w:r>
        <w:rPr>
          <w:b w:val="0"/>
          <w:sz w:val="20"/>
        </w:rPr>
        <w:t>Address: 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Lessee Information:</w:t>
      </w:r>
    </w:p>
    <w:p>
      <w:r>
        <w:rPr>
          <w:b w:val="0"/>
          <w:sz w:val="20"/>
        </w:rPr>
        <w:t>Full Legal Name: ______________________________________________________________</w:t>
      </w:r>
    </w:p>
    <w:p>
      <w:r>
        <w:rPr>
          <w:b w:val="0"/>
          <w:sz w:val="20"/>
        </w:rPr>
        <w:t>Address: 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Vehicle Information:</w:t>
      </w:r>
    </w:p>
    <w:p>
      <w:r>
        <w:rPr>
          <w:b w:val="0"/>
          <w:sz w:val="20"/>
        </w:rPr>
        <w:t>Make: ________________________________________________________________________</w:t>
      </w:r>
    </w:p>
    <w:p>
      <w:r>
        <w:rPr>
          <w:b w:val="0"/>
          <w:sz w:val="20"/>
        </w:rPr>
        <w:t>Model: _______________________________________________________________________</w:t>
      </w:r>
    </w:p>
    <w:p>
      <w:r>
        <w:rPr>
          <w:b w:val="0"/>
          <w:sz w:val="20"/>
        </w:rPr>
        <w:t>Year: ________________________________________________________________________</w:t>
      </w:r>
    </w:p>
    <w:p>
      <w:r>
        <w:rPr>
          <w:b w:val="0"/>
          <w:sz w:val="20"/>
        </w:rPr>
        <w:t>VIN (Vehicle Identification Number): ____________________________________________</w:t>
      </w:r>
    </w:p>
    <w:p>
      <w:r>
        <w:rPr>
          <w:b w:val="0"/>
          <w:sz w:val="20"/>
        </w:rPr>
        <w:t>Odometer Reading: _____________________________________________________________</w:t>
      </w:r>
    </w:p>
    <w:p>
      <w:r>
        <w:rPr>
          <w:b w:val="0"/>
          <w:sz w:val="20"/>
        </w:rPr>
        <w:t>Color: _______________________________________________________________________</w:t>
      </w:r>
    </w:p>
    <w:p/>
    <w:p>
      <w:r>
        <w:rPr>
          <w:b/>
          <w:sz w:val="20"/>
        </w:rPr>
        <w:t>Lease Terms:</w:t>
      </w:r>
    </w:p>
    <w:p>
      <w:r>
        <w:rPr>
          <w:b w:val="0"/>
          <w:sz w:val="20"/>
        </w:rPr>
        <w:t>Lease Amount: __________________________ USD</w:t>
      </w:r>
    </w:p>
    <w:p>
      <w:r>
        <w:rPr>
          <w:b w:val="0"/>
          <w:sz w:val="20"/>
        </w:rPr>
        <w:t>Initial Payment (Down Payment): __________________________ USD</w:t>
      </w:r>
    </w:p>
    <w:p>
      <w:r>
        <w:rPr>
          <w:b w:val="0"/>
          <w:sz w:val="20"/>
        </w:rPr>
        <w:t>Monthly Payment: __________________________ USD</w:t>
      </w:r>
    </w:p>
    <w:p>
      <w:r>
        <w:rPr>
          <w:b w:val="0"/>
          <w:sz w:val="20"/>
        </w:rPr>
        <w:t>Payment Due Date Each Month: _______________________________</w:t>
      </w:r>
    </w:p>
    <w:p>
      <w:r>
        <w:rPr>
          <w:b w:val="0"/>
          <w:sz w:val="20"/>
        </w:rPr>
        <w:t>Lease Term: __________________________ months</w:t>
      </w:r>
    </w:p>
    <w:p>
      <w:r>
        <w:rPr>
          <w:b w:val="0"/>
          <w:sz w:val="20"/>
        </w:rPr>
        <w:t>Total Amount to Own Vehicle: __________________________ USD</w:t>
      </w:r>
    </w:p>
    <w:p>
      <w:r>
        <w:rPr>
          <w:b w:val="0"/>
          <w:sz w:val="20"/>
        </w:rPr>
        <w:t>Late Payment Fee: ______________ USD or ___________% of payment, whichever is greater</w:t>
      </w:r>
    </w:p>
    <w:p/>
    <w:p>
      <w:r>
        <w:rPr>
          <w:b/>
          <w:sz w:val="20"/>
        </w:rPr>
        <w:t>Delivery and Possession:</w:t>
      </w:r>
    </w:p>
    <w:p>
      <w:r>
        <w:rPr>
          <w:b w:val="0"/>
          <w:sz w:val="20"/>
        </w:rPr>
        <w:t>The Lessor agrees to deliver the vehicle to the Lessee at the following location:</w:t>
      </w:r>
    </w:p>
    <w:p>
      <w:r>
        <w:rPr>
          <w:b w:val="0"/>
          <w:sz w:val="20"/>
        </w:rPr>
        <w:t>______________________________________________________________________________</w:t>
      </w:r>
    </w:p>
    <w:p>
      <w:r>
        <w:rPr>
          <w:b w:val="0"/>
          <w:sz w:val="20"/>
        </w:rPr>
        <w:t>The Lessee shall take possession of the vehicle upon execution of this Agreement and payment of the Initial Payment.</w:t>
      </w:r>
    </w:p>
    <w:p/>
    <w:p>
      <w:r>
        <w:rPr>
          <w:b/>
          <w:sz w:val="20"/>
        </w:rPr>
        <w:t>Use and Maintenance:</w:t>
      </w:r>
    </w:p>
    <w:p>
      <w:r>
        <w:rPr>
          <w:b w:val="0"/>
          <w:sz w:val="20"/>
        </w:rPr>
        <w:t>The Lessee agrees to keep the vehicle in good condition, perform all routine maintenance and repairs necessary to maintain the vehicle in safe operating condition, and shall not use the vehicle for any unlawful purpose.</w:t>
      </w:r>
    </w:p>
    <w:p>
      <w:r>
        <w:rPr>
          <w:b w:val="0"/>
          <w:sz w:val="20"/>
        </w:rPr>
        <w:t>The Lessee shall notify the Lessor immediately of any damage or accident involving the vehicle.</w:t>
      </w:r>
    </w:p>
    <w:p/>
    <w:p>
      <w:r>
        <w:rPr>
          <w:b/>
          <w:sz w:val="20"/>
        </w:rPr>
        <w:t>Ownership and Title:</w:t>
      </w:r>
    </w:p>
    <w:p>
      <w:r>
        <w:rPr>
          <w:b w:val="0"/>
          <w:sz w:val="20"/>
        </w:rPr>
        <w:t>Legal title to the vehicle shall remain with the Lessor until the Lessee has made all payments in full, including any late fees and other charges, as set forth in this Agreement.</w:t>
      </w:r>
    </w:p>
    <w:p>
      <w:r>
        <w:rPr>
          <w:b w:val="0"/>
          <w:sz w:val="20"/>
        </w:rPr>
        <w:t>Upon full payment, the Lessor will transfer ownership and title of the vehicle to the Lessee within _______ days.</w:t>
      </w:r>
    </w:p>
    <w:p/>
    <w:p>
      <w:r>
        <w:rPr>
          <w:b/>
          <w:sz w:val="20"/>
        </w:rPr>
        <w:t>Insurance:</w:t>
      </w:r>
    </w:p>
    <w:p>
      <w:r>
        <w:rPr>
          <w:b w:val="0"/>
          <w:sz w:val="20"/>
        </w:rPr>
        <w:t>The Lessee shall maintain comprehensive insurance coverage on the vehicle, including liability, collision, and comprehensive coverage, naming the Lessor as an additional insured and loss payee until ownership is transferred.</w:t>
      </w:r>
    </w:p>
    <w:p>
      <w:r>
        <w:rPr>
          <w:b w:val="0"/>
          <w:sz w:val="20"/>
        </w:rPr>
        <w:t>Proof of insurance shall be provided to the Lessor upon execution of this Agreement and upon each policy renewal.</w:t>
      </w:r>
    </w:p>
    <w:p/>
    <w:p>
      <w:r>
        <w:rPr>
          <w:b/>
          <w:sz w:val="20"/>
        </w:rPr>
        <w:t>Default:</w:t>
      </w:r>
    </w:p>
    <w:p>
      <w:r>
        <w:rPr>
          <w:b w:val="0"/>
          <w:sz w:val="20"/>
        </w:rPr>
        <w:t>If the Lessee fails to make any payment within _____ days of its due date or breaches any other term of this Agreement, the Lessor may declare the Lessee in default.</w:t>
      </w:r>
    </w:p>
    <w:p>
      <w:r>
        <w:rPr>
          <w:b w:val="0"/>
          <w:sz w:val="20"/>
        </w:rPr>
        <w:t>Upon default, the Lessor may terminate this Agreement, repossess the vehicle without prior notice, and pursue any remedies available under applicable law, including recovery of unpaid amounts, costs, and damages.</w:t>
      </w:r>
    </w:p>
    <w:p/>
    <w:p>
      <w:r>
        <w:rPr>
          <w:b/>
          <w:sz w:val="20"/>
        </w:rPr>
        <w:t>Early Termination:</w:t>
      </w:r>
    </w:p>
    <w:p>
      <w:r>
        <w:rPr>
          <w:b w:val="0"/>
          <w:sz w:val="20"/>
        </w:rPr>
        <w:t>The Lessee may terminate this Agreement early by providing written notice to the Lessor and paying all outstanding amounts due, including any applicable early termination fees as follows:</w:t>
      </w:r>
    </w:p>
    <w:p>
      <w:r>
        <w:rPr>
          <w:b w:val="0"/>
          <w:sz w:val="20"/>
        </w:rPr>
        <w:t>______________________________________________________________________________</w:t>
      </w:r>
    </w:p>
    <w:p/>
    <w:p>
      <w:r>
        <w:rPr>
          <w:b/>
          <w:sz w:val="20"/>
        </w:rPr>
        <w:t>Indemnification:</w:t>
      </w:r>
    </w:p>
    <w:p>
      <w:r>
        <w:rPr>
          <w:b w:val="0"/>
          <w:sz w:val="20"/>
        </w:rPr>
        <w:t>The Lessee agrees to indemnify and hold harmless the Lessor from any and all claims, damages, liability, or expenses arising from the use, operation, or possession of the vehicle during the lease term.</w:t>
      </w:r>
    </w:p>
    <w:p/>
    <w:p>
      <w:r>
        <w:rPr>
          <w:b/>
          <w:sz w:val="20"/>
        </w:rPr>
        <w:t>Governing Law and Jurisdiction:</w:t>
      </w:r>
    </w:p>
    <w:p>
      <w:r>
        <w:rPr>
          <w:b w:val="0"/>
          <w:sz w:val="20"/>
        </w:rPr>
        <w:t>This Agreement shall be governed by and construed in accordance with the laws of the State of ___________________, without regard to its conflict of law principles.</w:t>
      </w:r>
    </w:p>
    <w:p>
      <w:r>
        <w:rPr>
          <w:b w:val="0"/>
          <w:sz w:val="20"/>
        </w:rPr>
        <w:t>Any disputes arising out of or relating to this Agreement shall be resolved exclusively in the state or federal courts located in ___________________, and both parties consent to the jurisdiction of such courts.</w:t>
      </w:r>
    </w:p>
    <w:p/>
    <w:p>
      <w:r>
        <w:rPr>
          <w:b/>
          <w:sz w:val="20"/>
        </w:rPr>
        <w:t>Entire Agreement:</w:t>
      </w:r>
    </w:p>
    <w:p>
      <w:r>
        <w:rPr>
          <w:b w:val="0"/>
          <w:sz w:val="20"/>
        </w:rPr>
        <w:t>This Agreement constitutes the entire agreement between the parties and supersedes all prior negotiations, representations, or agreements, whether written or oral.</w:t>
      </w:r>
    </w:p>
    <w:p>
      <w:r>
        <w:rPr>
          <w:b w:val="0"/>
          <w:sz w:val="20"/>
        </w:rPr>
        <w:t>Any modifications must be in writing and signed by both parties.</w:t>
      </w:r>
    </w:p>
    <w:p/>
    <w:p>
      <w:r>
        <w:rPr>
          <w:b/>
          <w:sz w:val="20"/>
        </w:rPr>
        <w:t>Severability:</w:t>
      </w:r>
    </w:p>
    <w:p>
      <w:r>
        <w:rPr>
          <w:b w:val="0"/>
          <w:sz w:val="20"/>
        </w:rPr>
        <w:t>If any provision of this Agreement is found to be invalid or unenforceable, the remaining provisions shall continue in full force and effect.</w:t>
      </w:r>
    </w:p>
    <w:p/>
    <w:p>
      <w:r>
        <w:rPr>
          <w:b/>
          <w:sz w:val="20"/>
        </w:rPr>
        <w:t>Notices:</w:t>
      </w:r>
    </w:p>
    <w:p>
      <w:r>
        <w:rPr>
          <w:b w:val="0"/>
          <w:sz w:val="20"/>
        </w:rPr>
        <w:t>All notices under this Agreement shall be in writing and delivered personally, by certified mail, return receipt requested, or by a nationally recognized overnight courier service, to the addresses provided above or to such other address as a party may designate in writing.</w:t>
      </w:r>
    </w:p>
    <w:p/>
    <w:p/>
    <w:p>
      <w:r>
        <w:rPr>
          <w:b w:val="0"/>
          <w:sz w:val="20"/>
        </w:rPr>
        <w:t>Place of signature: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https://agreementdocs-us.com/vehicle-lease-to-own-agreement/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vehicle-lease-to-own-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