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PURCHASE AGREEMENT</w:t>
      </w:r>
    </w:p>
    <w:p/>
    <w:p>
      <w:r>
        <w:rPr>
          <w:b w:val="0"/>
          <w:sz w:val="20"/>
        </w:rPr>
        <w:t>Place of Agreement: ____________________________    Date: ____________________________</w:t>
      </w:r>
    </w:p>
    <w:p/>
    <w:p>
      <w:r>
        <w:rPr>
          <w:b/>
          <w:sz w:val="20"/>
        </w:rPr>
        <w:t>Seller Information:</w:t>
      </w:r>
    </w:p>
    <w:p>
      <w:r>
        <w:rPr>
          <w:b w:val="0"/>
          <w:sz w:val="20"/>
        </w:rPr>
        <w:t>Full Legal Name: ____________________________________________________________</w:t>
      </w:r>
    </w:p>
    <w:p>
      <w:r>
        <w:rPr>
          <w:b w:val="0"/>
          <w:sz w:val="20"/>
        </w:rPr>
        <w:t>Driver’s License or Government ID No.: ______________________________________</w:t>
      </w:r>
    </w:p>
    <w:p>
      <w:r>
        <w:rPr>
          <w:b w:val="0"/>
          <w:sz w:val="20"/>
        </w:rPr>
        <w:t>Address (Street, City, State, Zip): 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p>
      <w:r>
        <w:rPr>
          <w:b/>
          <w:sz w:val="20"/>
        </w:rPr>
        <w:t>Buyer Information:</w:t>
      </w:r>
    </w:p>
    <w:p>
      <w:r>
        <w:rPr>
          <w:b w:val="0"/>
          <w:sz w:val="20"/>
        </w:rPr>
        <w:t>Full Legal Name: ____________________________________________________________</w:t>
      </w:r>
    </w:p>
    <w:p>
      <w:r>
        <w:rPr>
          <w:b w:val="0"/>
          <w:sz w:val="20"/>
        </w:rPr>
        <w:t>Driver’s License or Government ID No.: ______________________________________</w:t>
      </w:r>
    </w:p>
    <w:p>
      <w:r>
        <w:rPr>
          <w:b w:val="0"/>
          <w:sz w:val="20"/>
        </w:rPr>
        <w:t>Address (Street, City, State, Zip): 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p>
      <w:r>
        <w:rPr>
          <w:b/>
          <w:sz w:val="20"/>
        </w:rPr>
        <w:t>Vehicle Information:</w:t>
      </w:r>
    </w:p>
    <w:p>
      <w:r>
        <w:rPr>
          <w:b w:val="0"/>
          <w:sz w:val="20"/>
        </w:rPr>
        <w:t>Make: ________________________________________________________________</w:t>
      </w:r>
    </w:p>
    <w:p>
      <w:r>
        <w:rPr>
          <w:b w:val="0"/>
          <w:sz w:val="20"/>
        </w:rPr>
        <w:t>Model: _______________________________________________________________</w:t>
      </w:r>
    </w:p>
    <w:p>
      <w:r>
        <w:rPr>
          <w:b w:val="0"/>
          <w:sz w:val="20"/>
        </w:rPr>
        <w:t>Year: ________________________________________________________________</w:t>
      </w:r>
    </w:p>
    <w:p>
      <w:r>
        <w:rPr>
          <w:b w:val="0"/>
          <w:sz w:val="20"/>
        </w:rPr>
        <w:t>Vehicle Identification Number (VIN): ______________________________________</w:t>
      </w:r>
    </w:p>
    <w:p>
      <w:r>
        <w:rPr>
          <w:b w:val="0"/>
          <w:sz w:val="20"/>
        </w:rPr>
        <w:t>Odometer Reading (in miles): ___________________________________________</w:t>
      </w:r>
    </w:p>
    <w:p>
      <w:r>
        <w:rPr>
          <w:b w:val="0"/>
          <w:sz w:val="20"/>
        </w:rPr>
        <w:t>License Plate Number: _________________________________________________</w:t>
      </w:r>
    </w:p>
    <w:p>
      <w:r>
        <w:rPr>
          <w:b w:val="0"/>
          <w:sz w:val="20"/>
        </w:rPr>
        <w:t>Title Number: _________________________________________________________</w:t>
      </w:r>
    </w:p>
    <w:p>
      <w:r>
        <w:rPr>
          <w:b w:val="0"/>
          <w:sz w:val="20"/>
        </w:rPr>
        <w:t>Condition of Vehicle: _________________________________________________</w:t>
      </w:r>
    </w:p>
    <w:p/>
    <w:p>
      <w:r>
        <w:rPr>
          <w:b/>
          <w:sz w:val="20"/>
        </w:rPr>
        <w:t>Purchase Price and Payment Terms:</w:t>
      </w:r>
    </w:p>
    <w:p>
      <w:r>
        <w:rPr>
          <w:b w:val="0"/>
          <w:sz w:val="20"/>
        </w:rPr>
        <w:t>Total Purchase Price: $____________________ (USD)</w:t>
      </w:r>
    </w:p>
    <w:p>
      <w:r>
        <w:rPr>
          <w:b w:val="0"/>
          <w:sz w:val="20"/>
        </w:rPr>
        <w:t>Payment Method: ____________________________________________________</w:t>
      </w:r>
    </w:p>
    <w:p>
      <w:r>
        <w:rPr>
          <w:b w:val="0"/>
          <w:sz w:val="20"/>
        </w:rPr>
        <w:t>Deposit Amount (if any): $________________ (USD)</w:t>
      </w:r>
    </w:p>
    <w:p>
      <w:r>
        <w:rPr>
          <w:b w:val="0"/>
          <w:sz w:val="20"/>
        </w:rPr>
        <w:t>Balance Due: $______________________ (USD)</w:t>
      </w:r>
    </w:p>
    <w:p>
      <w:r>
        <w:rPr>
          <w:b w:val="0"/>
          <w:sz w:val="20"/>
        </w:rPr>
        <w:t>Payment Due Date: _________________________________________________</w:t>
      </w:r>
    </w:p>
    <w:p/>
    <w:p>
      <w:r>
        <w:rPr>
          <w:b/>
          <w:sz w:val="20"/>
        </w:rPr>
        <w:t>1. Representations and Warranties of Seller</w:t>
      </w:r>
    </w:p>
    <w:p>
      <w:r>
        <w:rPr>
          <w:b w:val="0"/>
          <w:sz w:val="20"/>
        </w:rPr>
        <w:t>The Seller affirms that they are the legal and rightful owner of the vehicle described above, free and clear of any liens, encumbrances, or legal claims, except as disclosed in writing herein. The Seller has full authority to sell the vehicle and will transfer ownership upon receipt of full payment. The odometer reading stated above is accurate to the best of the Seller’s knowledge. The vehicle is sold “AS IS” without any express or implied warranties except those explicitly stated in this Agreement.</w:t>
      </w:r>
    </w:p>
    <w:p/>
    <w:p>
      <w:r>
        <w:rPr>
          <w:b/>
          <w:sz w:val="20"/>
        </w:rPr>
        <w:t>2. Representations and Warranties of Buyer</w:t>
      </w:r>
    </w:p>
    <w:p>
      <w:r>
        <w:rPr>
          <w:b w:val="0"/>
          <w:sz w:val="20"/>
        </w:rPr>
        <w:t>The Buyer affirms that they have had the opportunity to inspect the vehicle or have waived the right to do so. The Buyer accepts the vehicle in its current condition and assumes all risks associated with any defects, known or unknown, except those arising from Seller’s breach of warranty as stated herein.</w:t>
      </w:r>
    </w:p>
    <w:p/>
    <w:p>
      <w:r>
        <w:rPr>
          <w:b/>
          <w:sz w:val="20"/>
        </w:rPr>
        <w:t>3. Transfer of Ownership and Delivery</w:t>
      </w:r>
    </w:p>
    <w:p>
      <w:r>
        <w:rPr>
          <w:b w:val="0"/>
          <w:sz w:val="20"/>
        </w:rPr>
        <w:t>The Seller agrees to deliver the vehicle, along with the signed certificate of title and any other necessary documents to transfer ownership, on or before _______________________. Ownership and risk of loss shall pass to Buyer upon delivery and full payment. The Seller will provide the Buyer with any existing maintenance records and manuals in their possession.</w:t>
      </w:r>
    </w:p>
    <w:p/>
    <w:p>
      <w:r>
        <w:rPr>
          <w:b/>
          <w:sz w:val="20"/>
        </w:rPr>
        <w:t>4. Title and Registration</w:t>
      </w:r>
    </w:p>
    <w:p>
      <w:r>
        <w:rPr>
          <w:b w:val="0"/>
          <w:sz w:val="20"/>
        </w:rPr>
        <w:t>The Seller shall provide the Buyer with a valid, signed title free of liens or encumbrances upon full payment. Buyer is responsible for registering the vehicle with the appropriate state Department of Motor Vehicles and for any associated fees, taxes, or penalties.</w:t>
      </w:r>
    </w:p>
    <w:p/>
    <w:p>
      <w:r>
        <w:rPr>
          <w:b/>
          <w:sz w:val="20"/>
        </w:rPr>
        <w:t>5. Condition of Vehicle and “AS IS” Clause</w:t>
      </w:r>
    </w:p>
    <w:p>
      <w:r>
        <w:rPr>
          <w:b w:val="0"/>
          <w:sz w:val="20"/>
        </w:rPr>
        <w:t>The vehicle is sold “AS IS” without warranty of any kind, either express or implied, including but not limited to warranties of merchantability or fitness for a particular purpose, except as expressly stated in this Agreement. Buyer acknowledges that they have had the opportunity to inspect the vehicle to their satisfaction.</w:t>
      </w:r>
    </w:p>
    <w:p/>
    <w:p>
      <w:r>
        <w:rPr>
          <w:b/>
          <w:sz w:val="20"/>
        </w:rPr>
        <w:t>6. Indemnification</w:t>
      </w:r>
    </w:p>
    <w:p>
      <w:r>
        <w:rPr>
          <w:b w:val="0"/>
          <w:sz w:val="20"/>
        </w:rPr>
        <w:t>Buyer agrees to indemnify, defend, and hold harmless the Seller from and against any claims, damages, liabilities, or expenses arising from Buyer’s ownership, use, or possession of the vehicle after the date of transfer.</w:t>
      </w:r>
    </w:p>
    <w:p/>
    <w:p>
      <w:r>
        <w:rPr>
          <w:b/>
          <w:sz w:val="20"/>
        </w:rPr>
        <w:t>7. Default and Remedies</w:t>
      </w:r>
    </w:p>
    <w:p>
      <w:r>
        <w:rPr>
          <w:b w:val="0"/>
          <w:sz w:val="20"/>
        </w:rPr>
        <w:t>If Buyer fails to make any payment as agreed, Seller may declare the entire balance immediately due and payable or pursue any remedies available under law. If Seller breaches this Agreement, Buyer’s remedies shall be limited to recovery of amounts paid or specific performance as allowed by law.</w:t>
      </w:r>
    </w:p>
    <w:p/>
    <w:p>
      <w:r>
        <w:rPr>
          <w:b/>
          <w:sz w:val="20"/>
        </w:rPr>
        <w:t>8. Governing Law and Dispute Resolution</w:t>
      </w:r>
    </w:p>
    <w:p>
      <w:r>
        <w:rPr>
          <w:b w:val="0"/>
          <w:sz w:val="20"/>
        </w:rPr>
        <w:t>This Agreement shall be governed by and construed in accordance with the laws of the State of ______________________. Any disputes arising under or in connection with this Agreement shall be resolved through binding arbitration in accordance with the rules of the American Arbitration Association, unless the parties mutually agree otherwise.</w:t>
      </w:r>
    </w:p>
    <w:p/>
    <w:p>
      <w:r>
        <w:rPr>
          <w:b/>
          <w:sz w:val="20"/>
        </w:rPr>
        <w:t>9. Entire Agreement</w:t>
      </w:r>
    </w:p>
    <w:p>
      <w:r>
        <w:rPr>
          <w:b w:val="0"/>
          <w:sz w:val="20"/>
        </w:rPr>
        <w:t>This Agreement constitutes the entire understanding between the parties concerning the subject matter hereof and supersedes all prior negotiations, representations, or agreements, whether written or oral.</w:t>
      </w:r>
    </w:p>
    <w:p/>
    <w:p>
      <w:r>
        <w:rPr>
          <w:b/>
          <w:sz w:val="20"/>
        </w:rPr>
        <w:t>10. Amendments</w:t>
      </w:r>
    </w:p>
    <w:p>
      <w:r>
        <w:rPr>
          <w:b w:val="0"/>
          <w:sz w:val="20"/>
        </w:rPr>
        <w:t>Any amendment or modification of this Agreement must be in writing and signed by both parties.</w:t>
      </w:r>
    </w:p>
    <w:p/>
    <w:p>
      <w:r>
        <w:rPr>
          <w:b/>
          <w:sz w:val="20"/>
        </w:rPr>
        <w:t>11. Severability</w:t>
      </w:r>
    </w:p>
    <w:p>
      <w:r>
        <w:rPr>
          <w:b w:val="0"/>
          <w:sz w:val="20"/>
        </w:rPr>
        <w:t>If any provision of this Agreement is found to be invalid or unenforceable, the remaining provisions shall continue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https://agreementdocs-us.com/vehicle-purchase-agreement/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vehicle-purch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